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99227" w14:textId="77777777" w:rsidR="00E50D8A" w:rsidRDefault="00000000">
      <w:pPr>
        <w:jc w:val="center"/>
      </w:pPr>
      <w:r>
        <w:rPr>
          <w:b/>
          <w:sz w:val="40"/>
        </w:rPr>
        <w:t>ÁLTALÁNOS SZERZŐDÉSI FELTÉTELEK</w:t>
      </w:r>
    </w:p>
    <w:p w14:paraId="0038C228" w14:textId="4FC4297F" w:rsidR="00E50D8A" w:rsidRDefault="00CC38BC">
      <w:pPr>
        <w:jc w:val="center"/>
      </w:pPr>
      <w:r>
        <w:rPr>
          <w:b/>
        </w:rPr>
        <w:t>Era-Szemcsi Bt.</w:t>
      </w:r>
    </w:p>
    <w:p w14:paraId="1C7D1FDF" w14:textId="77777777" w:rsidR="00E50D8A" w:rsidRDefault="00000000">
      <w:r>
        <w:rPr>
          <w:b/>
        </w:rPr>
        <w:t>FONTOS: Ez egy szerkeszthető, általános minta, nem személyre szabott jogi tanácsadás. A szögletes zárójelben lévő adatokat ki kell tölteni, és a tényleges weboldal működéséhez (pl. cookie-k, analitika, űrlapok, hírlevél, online fizetés, alvállalkozók) hozzá kell igazítani. Éles használat előtt javasolt ügyvéddel/adatvédelmi szakértővel ellenőriztetni.</w:t>
      </w:r>
    </w:p>
    <w:p w14:paraId="073C6F5B" w14:textId="77777777" w:rsidR="00E50D8A" w:rsidRDefault="00000000">
      <w:pPr>
        <w:pStyle w:val="Cmsor1"/>
      </w:pPr>
      <w:r>
        <w:t>1. A szolgáltató adatai</w:t>
      </w:r>
    </w:p>
    <w:p w14:paraId="3488A08B" w14:textId="51AB7FB6" w:rsidR="00E50D8A" w:rsidRDefault="00000000">
      <w:proofErr w:type="spellStart"/>
      <w:r>
        <w:t>Szolgáltató</w:t>
      </w:r>
      <w:proofErr w:type="spellEnd"/>
      <w:r>
        <w:t xml:space="preserve"> neve: </w:t>
      </w:r>
      <w:r w:rsidR="00CC38BC" w:rsidRPr="00CC38BC">
        <w:t>Era-Szemcsi Bt.</w:t>
      </w:r>
    </w:p>
    <w:p w14:paraId="7A7F9113" w14:textId="77777777" w:rsidR="00CC38BC" w:rsidRDefault="00CC38BC" w:rsidP="00CC38BC">
      <w:proofErr w:type="spellStart"/>
      <w:r>
        <w:t>Székhely</w:t>
      </w:r>
      <w:proofErr w:type="spellEnd"/>
      <w:r>
        <w:t xml:space="preserve">: 2760 </w:t>
      </w:r>
      <w:proofErr w:type="spellStart"/>
      <w:r>
        <w:t>Nagykáta</w:t>
      </w:r>
      <w:proofErr w:type="spellEnd"/>
      <w:r>
        <w:t xml:space="preserve"> </w:t>
      </w:r>
      <w:proofErr w:type="spellStart"/>
      <w:r>
        <w:t>Hársfa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17</w:t>
      </w:r>
    </w:p>
    <w:p w14:paraId="0AED8B34" w14:textId="77777777" w:rsidR="00CC38BC" w:rsidRDefault="00CC38BC" w:rsidP="00CC38BC">
      <w:proofErr w:type="spellStart"/>
      <w:r>
        <w:t>Nyilvántartási</w:t>
      </w:r>
      <w:proofErr w:type="spellEnd"/>
      <w:r>
        <w:t xml:space="preserve"> </w:t>
      </w:r>
      <w:proofErr w:type="spellStart"/>
      <w:r>
        <w:t>szám</w:t>
      </w:r>
      <w:proofErr w:type="spellEnd"/>
      <w:r>
        <w:t xml:space="preserve"> / </w:t>
      </w:r>
      <w:proofErr w:type="spellStart"/>
      <w:r>
        <w:t>cégjegyzékszám</w:t>
      </w:r>
      <w:proofErr w:type="spellEnd"/>
      <w:r>
        <w:t xml:space="preserve">: </w:t>
      </w:r>
      <w:r w:rsidRPr="004C671C">
        <w:t>13 06 054471</w:t>
      </w:r>
    </w:p>
    <w:p w14:paraId="560202C3" w14:textId="77777777" w:rsidR="00CC38BC" w:rsidRDefault="00CC38BC" w:rsidP="00CC38BC">
      <w:proofErr w:type="spellStart"/>
      <w:r>
        <w:t>Adószám</w:t>
      </w:r>
      <w:proofErr w:type="spellEnd"/>
      <w:r>
        <w:t xml:space="preserve">: </w:t>
      </w:r>
      <w:r w:rsidRPr="004C671C">
        <w:t>22169486213</w:t>
      </w:r>
    </w:p>
    <w:p w14:paraId="2630C783" w14:textId="77777777" w:rsidR="00CC38BC" w:rsidRDefault="00CC38BC" w:rsidP="00CC38BC">
      <w:r>
        <w:t>E-mail: info@dashysgrid.hu</w:t>
      </w:r>
    </w:p>
    <w:p w14:paraId="3862A9CF" w14:textId="77777777" w:rsidR="00CC38BC" w:rsidRDefault="00CC38BC" w:rsidP="00CC38BC">
      <w:proofErr w:type="spellStart"/>
      <w:r>
        <w:t>Telefon</w:t>
      </w:r>
      <w:proofErr w:type="spellEnd"/>
      <w:r>
        <w:t>: 06307468629</w:t>
      </w:r>
    </w:p>
    <w:p w14:paraId="3C192D09" w14:textId="77777777" w:rsidR="00CC38BC" w:rsidRDefault="00CC38BC" w:rsidP="00CC38BC">
      <w:proofErr w:type="spellStart"/>
      <w:r>
        <w:t>Honlap</w:t>
      </w:r>
      <w:proofErr w:type="spellEnd"/>
      <w:r>
        <w:t>: dashysgrid.hu</w:t>
      </w:r>
    </w:p>
    <w:p w14:paraId="658B7571" w14:textId="77777777" w:rsidR="00E50D8A" w:rsidRDefault="00000000">
      <w:pPr>
        <w:pStyle w:val="Cmsor1"/>
      </w:pPr>
      <w:r>
        <w:t>2. Az ÁSZF hatálya</w:t>
      </w:r>
    </w:p>
    <w:p w14:paraId="32255E1F" w14:textId="4D42B002" w:rsidR="00E50D8A" w:rsidRDefault="00000000">
      <w:r>
        <w:t xml:space="preserve">Jelen </w:t>
      </w:r>
      <w:proofErr w:type="spellStart"/>
      <w:r>
        <w:t>Általános</w:t>
      </w:r>
      <w:proofErr w:type="spellEnd"/>
      <w:r>
        <w:t xml:space="preserve"> </w:t>
      </w:r>
      <w:proofErr w:type="spellStart"/>
      <w:r>
        <w:t>Szerződési</w:t>
      </w:r>
      <w:proofErr w:type="spellEnd"/>
      <w:r>
        <w:t xml:space="preserve"> </w:t>
      </w:r>
      <w:proofErr w:type="spellStart"/>
      <w:r>
        <w:t>Feltételek</w:t>
      </w:r>
      <w:proofErr w:type="spellEnd"/>
      <w:r>
        <w:t xml:space="preserve"> a Szolgáltató által nyújtott </w:t>
      </w:r>
      <w:proofErr w:type="spellStart"/>
      <w:r w:rsidR="00CC38BC" w:rsidRPr="00CC38BC">
        <w:t>weboldalkészítési</w:t>
      </w:r>
      <w:proofErr w:type="spellEnd"/>
      <w:r w:rsidR="00CC38BC" w:rsidRPr="00CC38BC">
        <w:t xml:space="preserve">, </w:t>
      </w:r>
      <w:proofErr w:type="spellStart"/>
      <w:r w:rsidR="00CC38BC" w:rsidRPr="00CC38BC">
        <w:t>grafikai</w:t>
      </w:r>
      <w:proofErr w:type="spellEnd"/>
      <w:r w:rsidR="00CC38BC" w:rsidRPr="00CC38BC">
        <w:t xml:space="preserve"> </w:t>
      </w:r>
      <w:proofErr w:type="spellStart"/>
      <w:r w:rsidR="00CC38BC" w:rsidRPr="00CC38BC">
        <w:t>tervezési</w:t>
      </w:r>
      <w:proofErr w:type="spellEnd"/>
      <w:r w:rsidR="00CC38BC" w:rsidRPr="00CC38BC">
        <w:t xml:space="preserve"> </w:t>
      </w:r>
      <w:proofErr w:type="spellStart"/>
      <w:r w:rsidR="00CC38BC" w:rsidRPr="00CC38BC">
        <w:t>és</w:t>
      </w:r>
      <w:proofErr w:type="spellEnd"/>
      <w:r w:rsidR="00CC38BC" w:rsidRPr="00CC38BC">
        <w:t xml:space="preserve"> </w:t>
      </w:r>
      <w:proofErr w:type="spellStart"/>
      <w:r w:rsidR="00CC38BC" w:rsidRPr="00CC38BC">
        <w:t>egyéb</w:t>
      </w:r>
      <w:proofErr w:type="spellEnd"/>
      <w:r w:rsidR="00CC38BC" w:rsidRPr="00CC38BC">
        <w:t xml:space="preserve"> </w:t>
      </w:r>
      <w:proofErr w:type="spellStart"/>
      <w:r w:rsidR="00CC38BC" w:rsidRPr="00CC38BC">
        <w:t>digitális</w:t>
      </w:r>
      <w:proofErr w:type="spellEnd"/>
      <w:r w:rsidR="00CC38BC" w:rsidRPr="00CC38BC">
        <w:t xml:space="preserve"> </w:t>
      </w:r>
      <w:proofErr w:type="spellStart"/>
      <w:r w:rsidR="00CC38BC" w:rsidRPr="00CC38BC">
        <w:t>szolgáltatások</w:t>
      </w:r>
      <w:proofErr w:type="spellEnd"/>
      <w:r w:rsidR="00CC38BC" w:rsidRPr="00CC38BC">
        <w:t xml:space="preserve"> </w:t>
      </w:r>
      <w:proofErr w:type="spellStart"/>
      <w:r>
        <w:t>igénybevételének</w:t>
      </w:r>
      <w:proofErr w:type="spellEnd"/>
      <w:r>
        <w:t xml:space="preserve"> </w:t>
      </w:r>
      <w:proofErr w:type="spellStart"/>
      <w:r>
        <w:t>általános</w:t>
      </w:r>
      <w:proofErr w:type="spellEnd"/>
      <w:r>
        <w:t xml:space="preserve"> </w:t>
      </w:r>
      <w:proofErr w:type="spellStart"/>
      <w:r>
        <w:t>feltételeit</w:t>
      </w:r>
      <w:proofErr w:type="spellEnd"/>
      <w:r>
        <w:t xml:space="preserve"> </w:t>
      </w:r>
      <w:proofErr w:type="spellStart"/>
      <w:r>
        <w:t>tartalmazza</w:t>
      </w:r>
      <w:proofErr w:type="spellEnd"/>
      <w:r>
        <w:t>.</w:t>
      </w:r>
    </w:p>
    <w:p w14:paraId="5E989E95" w14:textId="77777777" w:rsidR="00E50D8A" w:rsidRDefault="00000000">
      <w:r>
        <w:t>Az ÁSZF a Szolgáltató és az Ügyfél között létrejövő egyedi szerződés részét képezi, amennyiben az egyedi szerződés ettől eltérően nem rendelkezik.</w:t>
      </w:r>
    </w:p>
    <w:p w14:paraId="2008935F" w14:textId="440F233A" w:rsidR="00E50D8A" w:rsidRDefault="00000000">
      <w:r>
        <w:t xml:space="preserve">Az ÁSZF </w:t>
      </w:r>
      <w:proofErr w:type="spellStart"/>
      <w:r>
        <w:t>hatálya</w:t>
      </w:r>
      <w:proofErr w:type="spellEnd"/>
      <w:r>
        <w:t xml:space="preserve">: </w:t>
      </w:r>
      <w:r w:rsidR="00CC38BC" w:rsidRPr="00CC38BC">
        <w:rPr>
          <w:b/>
          <w:bCs/>
        </w:rPr>
        <w:t xml:space="preserve">2026. </w:t>
      </w:r>
      <w:proofErr w:type="spellStart"/>
      <w:r w:rsidR="00CC38BC" w:rsidRPr="00CC38BC">
        <w:rPr>
          <w:b/>
          <w:bCs/>
        </w:rPr>
        <w:t>szeptember</w:t>
      </w:r>
      <w:proofErr w:type="spellEnd"/>
      <w:r w:rsidR="00CC38BC" w:rsidRPr="00CC38BC">
        <w:rPr>
          <w:b/>
          <w:bCs/>
        </w:rPr>
        <w:t xml:space="preserve"> 1. </w:t>
      </w:r>
      <w:proofErr w:type="spellStart"/>
      <w:r w:rsidR="00CC38BC" w:rsidRPr="00CC38BC">
        <w:rPr>
          <w:b/>
          <w:bCs/>
        </w:rPr>
        <w:t>napjától</w:t>
      </w:r>
      <w:proofErr w:type="spellEnd"/>
      <w:r w:rsidR="00CC38BC" w:rsidRPr="00CC38BC">
        <w:t>.</w:t>
      </w:r>
    </w:p>
    <w:p w14:paraId="040A63CE" w14:textId="77777777" w:rsidR="00E50D8A" w:rsidRDefault="00000000">
      <w:pPr>
        <w:pStyle w:val="Cmsor1"/>
      </w:pPr>
      <w:r>
        <w:t>3. A szolgáltatások</w:t>
      </w:r>
    </w:p>
    <w:p w14:paraId="1DA38378" w14:textId="77777777" w:rsidR="00E50D8A" w:rsidRDefault="00000000">
      <w:r>
        <w:t xml:space="preserve">A </w:t>
      </w:r>
      <w:proofErr w:type="spellStart"/>
      <w:r>
        <w:t>Szolgáltató</w:t>
      </w:r>
      <w:proofErr w:type="spellEnd"/>
      <w:r>
        <w:t xml:space="preserve"> </w:t>
      </w:r>
      <w:proofErr w:type="spellStart"/>
      <w:r>
        <w:t>különösen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alábbi szolgáltatásokat nyújtja: weboldal- és webalkalmazás-fejlesztés, grafikai tervezés, arculattervezés, logótervezés, online tartalmak és egyéb digitális kreatív szolgáltatások.</w:t>
      </w:r>
    </w:p>
    <w:p w14:paraId="24F75DD3" w14:textId="77777777" w:rsidR="00E50D8A" w:rsidRDefault="00000000">
      <w:r>
        <w:t>A konkrét szolgáltatás tartalmát, határidejét, díját, átadási módját és az Ügyfél által biztosítandó anyagokat az egyedi ajánlat vagy szerződés határozza meg.</w:t>
      </w:r>
    </w:p>
    <w:p w14:paraId="40D72937" w14:textId="77777777" w:rsidR="00E50D8A" w:rsidRDefault="00000000">
      <w:pPr>
        <w:pStyle w:val="Cmsor1"/>
      </w:pPr>
      <w:r>
        <w:t>4. Szerződéskötés és megrendelés</w:t>
      </w:r>
    </w:p>
    <w:p w14:paraId="1954FA59" w14:textId="77777777" w:rsidR="00E50D8A" w:rsidRDefault="00000000">
      <w:r>
        <w:t>A szerződés az Ügyfél ajánlatának a Szolgáltató általi írásbeli elfogadásával, illetve a felek által aláírt egyedi szerződéssel jön létre.</w:t>
      </w:r>
    </w:p>
    <w:p w14:paraId="6C14FA3A" w14:textId="77777777" w:rsidR="00E50D8A" w:rsidRDefault="00000000">
      <w:r>
        <w:lastRenderedPageBreak/>
        <w:t>Elektronikus úton történő megrendelés esetén a Szolgáltató a megrendelés megérkezését elektronikus úton visszaigazolhatja.</w:t>
      </w:r>
    </w:p>
    <w:p w14:paraId="7BD0715D" w14:textId="77777777" w:rsidR="00E50D8A" w:rsidRDefault="00000000">
      <w:r>
        <w:t>A Szolgáltató fenntartja a jogot, hogy a megrendelést szakmai, kapacitási vagy jogi okból visszautasítsa.</w:t>
      </w:r>
    </w:p>
    <w:p w14:paraId="0699E504" w14:textId="77777777" w:rsidR="00E50D8A" w:rsidRDefault="00000000">
      <w:pPr>
        <w:pStyle w:val="Cmsor1"/>
      </w:pPr>
      <w:r>
        <w:t>5. Díjak és fizetés</w:t>
      </w:r>
    </w:p>
    <w:p w14:paraId="28F6A1B0" w14:textId="77777777" w:rsidR="00CC38BC" w:rsidRDefault="00CC38BC">
      <w:r w:rsidRPr="00CC38BC">
        <w:t xml:space="preserve">A </w:t>
      </w:r>
      <w:proofErr w:type="spellStart"/>
      <w:r w:rsidRPr="00CC38BC">
        <w:t>szolgáltatás</w:t>
      </w:r>
      <w:proofErr w:type="spellEnd"/>
      <w:r w:rsidRPr="00CC38BC">
        <w:t xml:space="preserve"> </w:t>
      </w:r>
      <w:proofErr w:type="spellStart"/>
      <w:r w:rsidRPr="00CC38BC">
        <w:t>díját</w:t>
      </w:r>
      <w:proofErr w:type="spellEnd"/>
      <w:r w:rsidRPr="00CC38BC">
        <w:t xml:space="preserve"> </w:t>
      </w:r>
      <w:proofErr w:type="spellStart"/>
      <w:r w:rsidRPr="00CC38BC">
        <w:t>az</w:t>
      </w:r>
      <w:proofErr w:type="spellEnd"/>
      <w:r w:rsidRPr="00CC38BC">
        <w:t xml:space="preserve"> </w:t>
      </w:r>
      <w:proofErr w:type="spellStart"/>
      <w:r w:rsidRPr="00CC38BC">
        <w:t>egyedi</w:t>
      </w:r>
      <w:proofErr w:type="spellEnd"/>
      <w:r w:rsidRPr="00CC38BC">
        <w:t xml:space="preserve"> </w:t>
      </w:r>
      <w:proofErr w:type="spellStart"/>
      <w:r w:rsidRPr="00CC38BC">
        <w:t>ajánlat</w:t>
      </w:r>
      <w:proofErr w:type="spellEnd"/>
      <w:r w:rsidRPr="00CC38BC">
        <w:t xml:space="preserve"> </w:t>
      </w:r>
      <w:proofErr w:type="spellStart"/>
      <w:r w:rsidRPr="00CC38BC">
        <w:t>vagy</w:t>
      </w:r>
      <w:proofErr w:type="spellEnd"/>
      <w:r w:rsidRPr="00CC38BC">
        <w:t xml:space="preserve"> </w:t>
      </w:r>
      <w:proofErr w:type="spellStart"/>
      <w:r w:rsidRPr="00CC38BC">
        <w:t>szerződés</w:t>
      </w:r>
      <w:proofErr w:type="spellEnd"/>
      <w:r w:rsidRPr="00CC38BC">
        <w:t xml:space="preserve"> </w:t>
      </w:r>
      <w:proofErr w:type="spellStart"/>
      <w:r w:rsidRPr="00CC38BC">
        <w:t>tartalmazza</w:t>
      </w:r>
      <w:proofErr w:type="spellEnd"/>
      <w:r w:rsidRPr="00CC38BC">
        <w:t xml:space="preserve">. Az </w:t>
      </w:r>
      <w:proofErr w:type="spellStart"/>
      <w:r w:rsidRPr="00CC38BC">
        <w:t>árak</w:t>
      </w:r>
      <w:proofErr w:type="spellEnd"/>
      <w:r w:rsidRPr="00CC38BC">
        <w:t xml:space="preserve"> </w:t>
      </w:r>
      <w:proofErr w:type="spellStart"/>
      <w:r w:rsidRPr="00CC38BC">
        <w:t>nettó</w:t>
      </w:r>
      <w:proofErr w:type="spellEnd"/>
      <w:r w:rsidRPr="00CC38BC">
        <w:t xml:space="preserve"> + ÁFA </w:t>
      </w:r>
      <w:proofErr w:type="spellStart"/>
      <w:r w:rsidRPr="00CC38BC">
        <w:t>összegek</w:t>
      </w:r>
      <w:proofErr w:type="spellEnd"/>
      <w:r w:rsidRPr="00CC38BC">
        <w:t xml:space="preserve">, </w:t>
      </w:r>
      <w:proofErr w:type="spellStart"/>
      <w:r w:rsidRPr="00CC38BC">
        <w:t>amennyiben</w:t>
      </w:r>
      <w:proofErr w:type="spellEnd"/>
      <w:r w:rsidRPr="00CC38BC">
        <w:t xml:space="preserve"> a </w:t>
      </w:r>
      <w:proofErr w:type="spellStart"/>
      <w:r w:rsidRPr="00CC38BC">
        <w:t>Szolgáltató</w:t>
      </w:r>
      <w:proofErr w:type="spellEnd"/>
      <w:r w:rsidRPr="00CC38BC">
        <w:t xml:space="preserve"> ÁFA </w:t>
      </w:r>
      <w:proofErr w:type="spellStart"/>
      <w:r w:rsidRPr="00CC38BC">
        <w:t>felszámítására</w:t>
      </w:r>
      <w:proofErr w:type="spellEnd"/>
      <w:r w:rsidRPr="00CC38BC">
        <w:t xml:space="preserve"> </w:t>
      </w:r>
      <w:proofErr w:type="spellStart"/>
      <w:r w:rsidRPr="00CC38BC">
        <w:t>kötelezett</w:t>
      </w:r>
      <w:proofErr w:type="spellEnd"/>
      <w:r w:rsidRPr="00CC38BC">
        <w:t>.</w:t>
      </w:r>
    </w:p>
    <w:p w14:paraId="1E07175C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 xml:space="preserve">Fizetési mód: </w:t>
      </w:r>
      <w:r w:rsidRPr="00CC38BC">
        <w:rPr>
          <w:b/>
          <w:bCs/>
          <w:lang w:val="hu-HU"/>
        </w:rPr>
        <w:t>banki átutalás</w:t>
      </w:r>
      <w:r w:rsidRPr="00CC38BC">
        <w:rPr>
          <w:lang w:val="hu-HU"/>
        </w:rPr>
        <w:t xml:space="preserve">. Fizetési határidő: </w:t>
      </w:r>
      <w:r w:rsidRPr="00CC38BC">
        <w:rPr>
          <w:b/>
          <w:bCs/>
          <w:lang w:val="hu-HU"/>
        </w:rPr>
        <w:t>8 nap</w:t>
      </w:r>
      <w:r w:rsidRPr="00CC38BC">
        <w:rPr>
          <w:lang w:val="hu-HU"/>
        </w:rPr>
        <w:t>.</w:t>
      </w:r>
    </w:p>
    <w:p w14:paraId="1117E922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 xml:space="preserve">Előleg: </w:t>
      </w:r>
      <w:r w:rsidRPr="00CC38BC">
        <w:rPr>
          <w:b/>
          <w:bCs/>
          <w:lang w:val="hu-HU"/>
        </w:rPr>
        <w:t>az egyedi ajánlat vagy szerződés alapján meghatározott összegben</w:t>
      </w:r>
      <w:r w:rsidRPr="00CC38BC">
        <w:rPr>
          <w:lang w:val="hu-HU"/>
        </w:rPr>
        <w:t>.</w:t>
      </w:r>
    </w:p>
    <w:p w14:paraId="34EE094E" w14:textId="03DEBE2E" w:rsidR="00CC38BC" w:rsidRPr="00CC38BC" w:rsidRDefault="00CC38BC">
      <w:pPr>
        <w:rPr>
          <w:lang w:val="hu-HU"/>
        </w:rPr>
      </w:pPr>
      <w:r w:rsidRPr="00CC38BC">
        <w:rPr>
          <w:lang w:val="hu-HU"/>
        </w:rPr>
        <w:t>Késedelmes fizetés esetén a Szolgáltató a jogszabályok szerinti késedelmi kamatot és – amennyiben annak feltételei fennállnak – egyéb jogszerű költségeket érvényesíthet.</w:t>
      </w:r>
    </w:p>
    <w:p w14:paraId="47782C89" w14:textId="77777777" w:rsidR="00E50D8A" w:rsidRDefault="00000000">
      <w:pPr>
        <w:pStyle w:val="Cmsor1"/>
      </w:pPr>
      <w:r>
        <w:t>6. Teljesítés és átadás</w:t>
      </w:r>
    </w:p>
    <w:p w14:paraId="68515E6E" w14:textId="77777777" w:rsidR="00E50D8A" w:rsidRDefault="00000000">
      <w:r>
        <w:t xml:space="preserve">A </w:t>
      </w:r>
      <w:proofErr w:type="spellStart"/>
      <w:r>
        <w:t>teljesítés</w:t>
      </w:r>
      <w:proofErr w:type="spellEnd"/>
      <w:r>
        <w:t xml:space="preserve"> </w:t>
      </w:r>
      <w:proofErr w:type="spellStart"/>
      <w:r>
        <w:t>határidejét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egyedi ajánlat vagy szerződés tartalmazza.</w:t>
      </w:r>
    </w:p>
    <w:p w14:paraId="4D95EBA8" w14:textId="77777777" w:rsidR="00CC38BC" w:rsidRDefault="00000000" w:rsidP="00CC38BC">
      <w:r>
        <w:t xml:space="preserve">Az Ügyfél köteles a teljesítéshez szükséges szöveges, képi, technikai és egyéb anyagokat a Szolgáltató által meghatározott határidőben átadni. Az Ügyfél késedelme a </w:t>
      </w:r>
      <w:proofErr w:type="spellStart"/>
      <w:r>
        <w:t>teljesítési</w:t>
      </w:r>
      <w:proofErr w:type="spellEnd"/>
      <w:r>
        <w:t xml:space="preserve"> </w:t>
      </w:r>
      <w:proofErr w:type="spellStart"/>
      <w:r>
        <w:t>határidőt</w:t>
      </w:r>
      <w:proofErr w:type="spellEnd"/>
      <w:r>
        <w:t xml:space="preserve"> </w:t>
      </w:r>
      <w:proofErr w:type="spellStart"/>
      <w:r>
        <w:t>megfelelően</w:t>
      </w:r>
      <w:proofErr w:type="spellEnd"/>
      <w:r>
        <w:t xml:space="preserve"> </w:t>
      </w:r>
      <w:proofErr w:type="spellStart"/>
      <w:r>
        <w:t>módosíthatja</w:t>
      </w:r>
      <w:proofErr w:type="spellEnd"/>
      <w:r>
        <w:t>.</w:t>
      </w:r>
    </w:p>
    <w:p w14:paraId="64F53A08" w14:textId="1D11C3EC" w:rsidR="00CC38BC" w:rsidRPr="00CC38BC" w:rsidRDefault="00CC38BC" w:rsidP="00CC38BC">
      <w:proofErr w:type="spellStart"/>
      <w:r w:rsidRPr="00CC38BC">
        <w:t>Weboldal</w:t>
      </w:r>
      <w:proofErr w:type="spellEnd"/>
      <w:r w:rsidRPr="00CC38BC">
        <w:t xml:space="preserve"> </w:t>
      </w:r>
      <w:proofErr w:type="spellStart"/>
      <w:r w:rsidRPr="00CC38BC">
        <w:t>készítése</w:t>
      </w:r>
      <w:proofErr w:type="spellEnd"/>
      <w:r w:rsidRPr="00CC38BC">
        <w:t xml:space="preserve"> </w:t>
      </w:r>
      <w:proofErr w:type="spellStart"/>
      <w:r w:rsidRPr="00CC38BC">
        <w:t>esetén</w:t>
      </w:r>
      <w:proofErr w:type="spellEnd"/>
      <w:r w:rsidRPr="00CC38BC">
        <w:t xml:space="preserve"> </w:t>
      </w:r>
      <w:proofErr w:type="spellStart"/>
      <w:r w:rsidRPr="00CC38BC">
        <w:t>az</w:t>
      </w:r>
      <w:proofErr w:type="spellEnd"/>
      <w:r w:rsidRPr="00CC38BC">
        <w:t xml:space="preserve"> </w:t>
      </w:r>
      <w:proofErr w:type="spellStart"/>
      <w:r w:rsidRPr="00CC38BC">
        <w:t>átadás</w:t>
      </w:r>
      <w:proofErr w:type="spellEnd"/>
      <w:r w:rsidRPr="00CC38BC">
        <w:t xml:space="preserve"> </w:t>
      </w:r>
      <w:proofErr w:type="spellStart"/>
      <w:r w:rsidRPr="00CC38BC">
        <w:t>történhet</w:t>
      </w:r>
      <w:proofErr w:type="spellEnd"/>
      <w:r w:rsidRPr="00CC38BC">
        <w:t xml:space="preserve"> a </w:t>
      </w:r>
      <w:proofErr w:type="spellStart"/>
      <w:r w:rsidRPr="00CC38BC">
        <w:t>Megrendelő</w:t>
      </w:r>
      <w:proofErr w:type="spellEnd"/>
      <w:r w:rsidRPr="00CC38BC">
        <w:t xml:space="preserve"> </w:t>
      </w:r>
      <w:proofErr w:type="spellStart"/>
      <w:r w:rsidRPr="00CC38BC">
        <w:t>által</w:t>
      </w:r>
      <w:proofErr w:type="spellEnd"/>
      <w:r w:rsidRPr="00CC38BC">
        <w:t xml:space="preserve"> </w:t>
      </w:r>
      <w:proofErr w:type="spellStart"/>
      <w:r w:rsidRPr="00CC38BC">
        <w:t>biztosított</w:t>
      </w:r>
      <w:proofErr w:type="spellEnd"/>
      <w:r w:rsidRPr="00CC38BC">
        <w:t xml:space="preserve"> </w:t>
      </w:r>
      <w:proofErr w:type="spellStart"/>
      <w:r w:rsidRPr="00CC38BC">
        <w:t>tárhelyre</w:t>
      </w:r>
      <w:proofErr w:type="spellEnd"/>
      <w:r w:rsidRPr="00CC38BC">
        <w:t xml:space="preserve"> </w:t>
      </w:r>
      <w:proofErr w:type="spellStart"/>
      <w:r w:rsidRPr="00CC38BC">
        <w:t>történő</w:t>
      </w:r>
      <w:proofErr w:type="spellEnd"/>
      <w:r w:rsidRPr="00CC38BC">
        <w:t xml:space="preserve"> </w:t>
      </w:r>
      <w:proofErr w:type="spellStart"/>
      <w:r w:rsidRPr="00CC38BC">
        <w:t>telepítéssel</w:t>
      </w:r>
      <w:proofErr w:type="spellEnd"/>
      <w:r w:rsidRPr="00CC38BC">
        <w:t xml:space="preserve">, a </w:t>
      </w:r>
      <w:proofErr w:type="spellStart"/>
      <w:r w:rsidRPr="00CC38BC">
        <w:t>szükséges</w:t>
      </w:r>
      <w:proofErr w:type="spellEnd"/>
      <w:r w:rsidRPr="00CC38BC">
        <w:t xml:space="preserve"> </w:t>
      </w:r>
      <w:proofErr w:type="spellStart"/>
      <w:r w:rsidRPr="00CC38BC">
        <w:t>fájlok</w:t>
      </w:r>
      <w:proofErr w:type="spellEnd"/>
      <w:r w:rsidRPr="00CC38BC">
        <w:t xml:space="preserve"> </w:t>
      </w:r>
      <w:proofErr w:type="spellStart"/>
      <w:r w:rsidRPr="00CC38BC">
        <w:t>átadásával</w:t>
      </w:r>
      <w:proofErr w:type="spellEnd"/>
      <w:r w:rsidRPr="00CC38BC">
        <w:t xml:space="preserve">, </w:t>
      </w:r>
      <w:proofErr w:type="spellStart"/>
      <w:r w:rsidRPr="00CC38BC">
        <w:t>vagy</w:t>
      </w:r>
      <w:proofErr w:type="spellEnd"/>
      <w:r w:rsidRPr="00CC38BC">
        <w:t xml:space="preserve"> </w:t>
      </w:r>
      <w:proofErr w:type="spellStart"/>
      <w:r w:rsidRPr="00CC38BC">
        <w:t>az</w:t>
      </w:r>
      <w:proofErr w:type="spellEnd"/>
      <w:r w:rsidRPr="00CC38BC">
        <w:t xml:space="preserve"> </w:t>
      </w:r>
      <w:proofErr w:type="spellStart"/>
      <w:r w:rsidRPr="00CC38BC">
        <w:t>egyedi</w:t>
      </w:r>
      <w:proofErr w:type="spellEnd"/>
      <w:r w:rsidRPr="00CC38BC">
        <w:t xml:space="preserve"> </w:t>
      </w:r>
      <w:proofErr w:type="spellStart"/>
      <w:r w:rsidRPr="00CC38BC">
        <w:t>megállapodásban</w:t>
      </w:r>
      <w:proofErr w:type="spellEnd"/>
      <w:r w:rsidRPr="00CC38BC">
        <w:t xml:space="preserve"> </w:t>
      </w:r>
      <w:proofErr w:type="spellStart"/>
      <w:r w:rsidRPr="00CC38BC">
        <w:t>meghatározott</w:t>
      </w:r>
      <w:proofErr w:type="spellEnd"/>
      <w:r w:rsidRPr="00CC38BC">
        <w:t xml:space="preserve"> </w:t>
      </w:r>
      <w:proofErr w:type="spellStart"/>
      <w:r w:rsidRPr="00CC38BC">
        <w:t>egyéb</w:t>
      </w:r>
      <w:proofErr w:type="spellEnd"/>
      <w:r w:rsidRPr="00CC38BC">
        <w:t xml:space="preserve"> </w:t>
      </w:r>
      <w:proofErr w:type="spellStart"/>
      <w:r w:rsidRPr="00CC38BC">
        <w:t>módon</w:t>
      </w:r>
      <w:proofErr w:type="spellEnd"/>
      <w:r w:rsidRPr="00CC38BC">
        <w:t>.</w:t>
      </w:r>
    </w:p>
    <w:p w14:paraId="0CC161E2" w14:textId="119A3BCF" w:rsidR="00E50D8A" w:rsidRDefault="00000000">
      <w:pPr>
        <w:pStyle w:val="Cmsor1"/>
      </w:pPr>
      <w:r>
        <w:t xml:space="preserve">7. </w:t>
      </w:r>
      <w:proofErr w:type="spellStart"/>
      <w:r>
        <w:t>Módosítások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többletmunkák</w:t>
      </w:r>
      <w:proofErr w:type="spellEnd"/>
    </w:p>
    <w:p w14:paraId="7090E84E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 xml:space="preserve">Az ajánlatban foglalt módosítási kör: </w:t>
      </w:r>
      <w:r w:rsidRPr="00CC38BC">
        <w:rPr>
          <w:b/>
          <w:bCs/>
          <w:lang w:val="hu-HU"/>
        </w:rPr>
        <w:t>az egyedi ajánlatban meghatározott módosítási lehetőségek, illetve legfeljebb 2 módosítási kör, amennyiben az ajánlat másként nem rendelkezik</w:t>
      </w:r>
      <w:r w:rsidRPr="00CC38BC">
        <w:rPr>
          <w:lang w:val="hu-HU"/>
        </w:rPr>
        <w:t>.</w:t>
      </w:r>
    </w:p>
    <w:p w14:paraId="022CE7C2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 xml:space="preserve">Az ajánlaton túlmutató módosítás, új funkció, </w:t>
      </w:r>
      <w:proofErr w:type="spellStart"/>
      <w:r w:rsidRPr="00CC38BC">
        <w:rPr>
          <w:lang w:val="hu-HU"/>
        </w:rPr>
        <w:t>újratervezés</w:t>
      </w:r>
      <w:proofErr w:type="spellEnd"/>
      <w:r w:rsidRPr="00CC38BC">
        <w:rPr>
          <w:lang w:val="hu-HU"/>
        </w:rPr>
        <w:t xml:space="preserve"> vagy egyéb többletmunka külön díjazás ellenében végezhető.</w:t>
      </w:r>
    </w:p>
    <w:p w14:paraId="60F03725" w14:textId="23596EE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 xml:space="preserve">A többletmunka díjáról a Szolgáltató a megkezdés előtt tájékoztatja az Ügyfelet, és annak elvégzéséhez </w:t>
      </w:r>
      <w:r w:rsidRPr="00CC38BC">
        <w:rPr>
          <w:b/>
          <w:bCs/>
          <w:lang w:val="hu-HU"/>
        </w:rPr>
        <w:t>írásbeli</w:t>
      </w:r>
      <w:r w:rsidRPr="00CC38BC">
        <w:rPr>
          <w:lang w:val="hu-HU"/>
        </w:rPr>
        <w:t xml:space="preserve"> jóváhagyás szükséges.</w:t>
      </w:r>
    </w:p>
    <w:p w14:paraId="0B7E7D4E" w14:textId="45737173" w:rsidR="00E50D8A" w:rsidRDefault="00000000" w:rsidP="00CC38BC">
      <w:pPr>
        <w:pStyle w:val="Cmsor1"/>
      </w:pPr>
      <w:r>
        <w:t xml:space="preserve">8. </w:t>
      </w:r>
      <w:proofErr w:type="spellStart"/>
      <w:r>
        <w:t>Szellemi</w:t>
      </w:r>
      <w:proofErr w:type="spellEnd"/>
      <w:r>
        <w:t xml:space="preserve"> </w:t>
      </w:r>
      <w:proofErr w:type="spellStart"/>
      <w:r>
        <w:t>tulajdon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felhasználási</w:t>
      </w:r>
      <w:proofErr w:type="spellEnd"/>
      <w:r>
        <w:t xml:space="preserve"> jogok</w:t>
      </w:r>
    </w:p>
    <w:p w14:paraId="400E0586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>A Szolgáltató által készített egyedi grafikai, webes és egyéb kreatív elemekhez kapcsolódó felhasználási jogok terjedelmét az egyedi szerződés vagy ajánlat határozza meg.</w:t>
      </w:r>
    </w:p>
    <w:p w14:paraId="74F6C296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>Eltérő megállapodás hiányában a teljes díj megfizetése után az Ügyfél a számára átadott végleges anyagokat a megállapodott célra használhatja; a forrásfájlok átadása csak akkor része a szolgáltatásnak, ha ezt a felek kifejezetten kikötötték.</w:t>
      </w:r>
    </w:p>
    <w:p w14:paraId="3993FDB0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lastRenderedPageBreak/>
        <w:t>Az Ügyfél szavatolja, hogy az általa átadott szövegek, képek, logók, betűtípusok és egyéb tartalmak felhasználására jogosult, és azok átadásával nem sérti harmadik személyek jogait.</w:t>
      </w:r>
    </w:p>
    <w:p w14:paraId="1F2FA020" w14:textId="77777777" w:rsidR="00E50D8A" w:rsidRDefault="00000000">
      <w:pPr>
        <w:pStyle w:val="Cmsor1"/>
      </w:pPr>
      <w:r>
        <w:t>9. Felelősség</w:t>
      </w:r>
    </w:p>
    <w:p w14:paraId="11C1DCE2" w14:textId="20D686EF" w:rsidR="00CC38BC" w:rsidRDefault="00CC38BC" w:rsidP="00CC38BC">
      <w:r>
        <w:t xml:space="preserve">A </w:t>
      </w:r>
      <w:proofErr w:type="spellStart"/>
      <w:r>
        <w:t>felek</w:t>
      </w:r>
      <w:proofErr w:type="spellEnd"/>
      <w:r>
        <w:t xml:space="preserve"> </w:t>
      </w:r>
      <w:proofErr w:type="spellStart"/>
      <w:r>
        <w:t>kötelesek</w:t>
      </w:r>
      <w:proofErr w:type="spellEnd"/>
      <w:r>
        <w:t xml:space="preserve"> </w:t>
      </w:r>
      <w:proofErr w:type="spellStart"/>
      <w:r>
        <w:t>egymással</w:t>
      </w:r>
      <w:proofErr w:type="spellEnd"/>
      <w:r>
        <w:t xml:space="preserve"> </w:t>
      </w:r>
      <w:proofErr w:type="spellStart"/>
      <w:r>
        <w:t>együttműködni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a </w:t>
      </w:r>
      <w:proofErr w:type="spellStart"/>
      <w:r>
        <w:t>másik</w:t>
      </w:r>
      <w:proofErr w:type="spellEnd"/>
      <w:r>
        <w:t xml:space="preserve"> </w:t>
      </w:r>
      <w:proofErr w:type="spellStart"/>
      <w:r>
        <w:t>félnek</w:t>
      </w:r>
      <w:proofErr w:type="spellEnd"/>
      <w:r>
        <w:t xml:space="preserve"> </w:t>
      </w:r>
      <w:proofErr w:type="spellStart"/>
      <w:r>
        <w:t>okozott</w:t>
      </w:r>
      <w:proofErr w:type="spellEnd"/>
      <w:r>
        <w:t xml:space="preserve">, </w:t>
      </w:r>
      <w:proofErr w:type="spellStart"/>
      <w:r>
        <w:t>jogszerűen</w:t>
      </w:r>
      <w:proofErr w:type="spellEnd"/>
      <w:r>
        <w:t xml:space="preserve"> </w:t>
      </w:r>
      <w:proofErr w:type="spellStart"/>
      <w:r>
        <w:t>bizonyítható</w:t>
      </w:r>
      <w:proofErr w:type="spellEnd"/>
      <w:r>
        <w:t xml:space="preserve"> </w:t>
      </w:r>
      <w:proofErr w:type="spellStart"/>
      <w:r>
        <w:t>kárt</w:t>
      </w:r>
      <w:proofErr w:type="spellEnd"/>
      <w:r>
        <w:t xml:space="preserve"> a </w:t>
      </w:r>
      <w:proofErr w:type="spellStart"/>
      <w:r>
        <w:t>vonatkozó</w:t>
      </w:r>
      <w:proofErr w:type="spellEnd"/>
      <w:r>
        <w:t xml:space="preserve"> </w:t>
      </w:r>
      <w:proofErr w:type="spellStart"/>
      <w:r>
        <w:t>jogszabályok</w:t>
      </w:r>
      <w:proofErr w:type="spellEnd"/>
      <w:r>
        <w:t xml:space="preserve"> </w:t>
      </w:r>
      <w:proofErr w:type="spellStart"/>
      <w:r>
        <w:t>szerint</w:t>
      </w:r>
      <w:proofErr w:type="spellEnd"/>
      <w:r>
        <w:t xml:space="preserve"> </w:t>
      </w:r>
      <w:proofErr w:type="spellStart"/>
      <w:r>
        <w:t>kezelni</w:t>
      </w:r>
      <w:proofErr w:type="spellEnd"/>
      <w:r>
        <w:t>.</w:t>
      </w:r>
    </w:p>
    <w:p w14:paraId="1994442C" w14:textId="1B3023B5" w:rsidR="00CC38BC" w:rsidRDefault="00CC38BC" w:rsidP="00CC38BC">
      <w:r>
        <w:t xml:space="preserve">A </w:t>
      </w:r>
      <w:proofErr w:type="spellStart"/>
      <w:r>
        <w:t>Szolgáltató</w:t>
      </w:r>
      <w:proofErr w:type="spellEnd"/>
      <w:r>
        <w:t xml:space="preserve"> </w:t>
      </w:r>
      <w:proofErr w:type="spellStart"/>
      <w:r>
        <w:t>nem</w:t>
      </w:r>
      <w:proofErr w:type="spellEnd"/>
      <w:r>
        <w:t xml:space="preserve"> </w:t>
      </w:r>
      <w:proofErr w:type="spellStart"/>
      <w:r>
        <w:t>felel</w:t>
      </w:r>
      <w:proofErr w:type="spellEnd"/>
      <w:r>
        <w:t xml:space="preserve"> </w:t>
      </w:r>
      <w:proofErr w:type="spellStart"/>
      <w:r>
        <w:t>olyan</w:t>
      </w:r>
      <w:proofErr w:type="spellEnd"/>
      <w:r>
        <w:t xml:space="preserve"> </w:t>
      </w:r>
      <w:proofErr w:type="spellStart"/>
      <w:r>
        <w:t>hibáért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késedelemért</w:t>
      </w:r>
      <w:proofErr w:type="spellEnd"/>
      <w:r>
        <w:t xml:space="preserve">, </w:t>
      </w:r>
      <w:proofErr w:type="spellStart"/>
      <w:r>
        <w:t>amely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Ügyfél</w:t>
      </w:r>
      <w:proofErr w:type="spellEnd"/>
      <w:r>
        <w:t xml:space="preserve"> </w:t>
      </w:r>
      <w:proofErr w:type="spellStart"/>
      <w:r>
        <w:t>által</w:t>
      </w:r>
      <w:proofErr w:type="spellEnd"/>
      <w:r>
        <w:t xml:space="preserve"> </w:t>
      </w:r>
      <w:proofErr w:type="spellStart"/>
      <w:r>
        <w:t>késedelmesen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hibásan</w:t>
      </w:r>
      <w:proofErr w:type="spellEnd"/>
      <w:r>
        <w:t xml:space="preserve"> </w:t>
      </w:r>
      <w:proofErr w:type="spellStart"/>
      <w:r>
        <w:t>átadott</w:t>
      </w:r>
      <w:proofErr w:type="spellEnd"/>
      <w:r>
        <w:t xml:space="preserve"> </w:t>
      </w:r>
      <w:proofErr w:type="spellStart"/>
      <w:r>
        <w:t>anyagból</w:t>
      </w:r>
      <w:proofErr w:type="spellEnd"/>
      <w:r>
        <w:t xml:space="preserve">, </w:t>
      </w:r>
      <w:proofErr w:type="spellStart"/>
      <w:r>
        <w:t>harmadik</w:t>
      </w:r>
      <w:proofErr w:type="spellEnd"/>
      <w:r>
        <w:t xml:space="preserve"> </w:t>
      </w:r>
      <w:proofErr w:type="spellStart"/>
      <w:r>
        <w:t>fél</w:t>
      </w:r>
      <w:proofErr w:type="spellEnd"/>
      <w:r>
        <w:t xml:space="preserve"> </w:t>
      </w:r>
      <w:proofErr w:type="spellStart"/>
      <w:r>
        <w:t>szolgáltatásából</w:t>
      </w:r>
      <w:proofErr w:type="spellEnd"/>
      <w:r>
        <w:t xml:space="preserve">, </w:t>
      </w:r>
      <w:proofErr w:type="spellStart"/>
      <w:r>
        <w:t>tárhely</w:t>
      </w:r>
      <w:proofErr w:type="spellEnd"/>
      <w:r>
        <w:t xml:space="preserve">- </w:t>
      </w:r>
      <w:proofErr w:type="spellStart"/>
      <w:r>
        <w:t>vagy</w:t>
      </w:r>
      <w:proofErr w:type="spellEnd"/>
      <w:r>
        <w:t xml:space="preserve"> domain-</w:t>
      </w:r>
      <w:proofErr w:type="spellStart"/>
      <w:r>
        <w:t>szolgáltatás</w:t>
      </w:r>
      <w:proofErr w:type="spellEnd"/>
      <w:r>
        <w:t xml:space="preserve"> </w:t>
      </w:r>
      <w:proofErr w:type="spellStart"/>
      <w:r>
        <w:t>kieséséből</w:t>
      </w:r>
      <w:proofErr w:type="spellEnd"/>
      <w:r>
        <w:t xml:space="preserve">, </w:t>
      </w:r>
      <w:proofErr w:type="spellStart"/>
      <w:r>
        <w:t>illetve</w:t>
      </w:r>
      <w:proofErr w:type="spellEnd"/>
      <w:r>
        <w:t xml:space="preserve"> </w:t>
      </w:r>
      <w:proofErr w:type="spellStart"/>
      <w:r>
        <w:t>elháríthatatlan</w:t>
      </w:r>
      <w:proofErr w:type="spellEnd"/>
      <w:r>
        <w:t xml:space="preserve"> </w:t>
      </w:r>
      <w:proofErr w:type="spellStart"/>
      <w:r>
        <w:t>külső</w:t>
      </w:r>
      <w:proofErr w:type="spellEnd"/>
      <w:r>
        <w:t xml:space="preserve"> </w:t>
      </w:r>
      <w:proofErr w:type="spellStart"/>
      <w:r>
        <w:t>okból</w:t>
      </w:r>
      <w:proofErr w:type="spellEnd"/>
      <w:r>
        <w:t xml:space="preserve"> </w:t>
      </w:r>
      <w:proofErr w:type="spellStart"/>
      <w:r>
        <w:t>ered</w:t>
      </w:r>
      <w:proofErr w:type="spellEnd"/>
      <w:r>
        <w:t>.</w:t>
      </w:r>
    </w:p>
    <w:p w14:paraId="4B198BF5" w14:textId="186CA62F" w:rsidR="00E50D8A" w:rsidRDefault="00CC38BC" w:rsidP="00CC38BC">
      <w:proofErr w:type="spellStart"/>
      <w:r>
        <w:t>Fogyasztóval</w:t>
      </w:r>
      <w:proofErr w:type="spellEnd"/>
      <w:r>
        <w:t xml:space="preserve"> </w:t>
      </w:r>
      <w:proofErr w:type="spellStart"/>
      <w:r>
        <w:t>szemben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ÁSZF </w:t>
      </w:r>
      <w:proofErr w:type="spellStart"/>
      <w:r>
        <w:t>egyetlen</w:t>
      </w:r>
      <w:proofErr w:type="spellEnd"/>
      <w:r>
        <w:t xml:space="preserve"> </w:t>
      </w:r>
      <w:proofErr w:type="spellStart"/>
      <w:r>
        <w:t>rendelkezése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korlátozza</w:t>
      </w:r>
      <w:proofErr w:type="spellEnd"/>
      <w:r>
        <w:t xml:space="preserve"> a </w:t>
      </w:r>
      <w:proofErr w:type="spellStart"/>
      <w:r>
        <w:t>jogszabály</w:t>
      </w:r>
      <w:proofErr w:type="spellEnd"/>
      <w:r>
        <w:t xml:space="preserve"> </w:t>
      </w:r>
      <w:proofErr w:type="spellStart"/>
      <w:r>
        <w:t>által</w:t>
      </w:r>
      <w:proofErr w:type="spellEnd"/>
      <w:r>
        <w:t xml:space="preserve"> </w:t>
      </w:r>
      <w:proofErr w:type="spellStart"/>
      <w:r>
        <w:t>kötelezően</w:t>
      </w:r>
      <w:proofErr w:type="spellEnd"/>
      <w:r>
        <w:t xml:space="preserve"> </w:t>
      </w:r>
      <w:proofErr w:type="spellStart"/>
      <w:r>
        <w:t>biztosított</w:t>
      </w:r>
      <w:proofErr w:type="spellEnd"/>
      <w:r>
        <w:t xml:space="preserve"> </w:t>
      </w:r>
      <w:proofErr w:type="spellStart"/>
      <w:r>
        <w:t>fogyasztói</w:t>
      </w:r>
      <w:proofErr w:type="spellEnd"/>
      <w:r>
        <w:t xml:space="preserve"> </w:t>
      </w:r>
      <w:proofErr w:type="spellStart"/>
      <w:r>
        <w:t>jogokat</w:t>
      </w:r>
      <w:proofErr w:type="spellEnd"/>
      <w:r w:rsidR="00000000">
        <w:t>.</w:t>
      </w:r>
    </w:p>
    <w:p w14:paraId="2E1B1248" w14:textId="77777777" w:rsidR="00E50D8A" w:rsidRDefault="00000000">
      <w:pPr>
        <w:pStyle w:val="Cmsor1"/>
      </w:pPr>
      <w:r>
        <w:t>10. Elállás és felmondás fogyasztó esetén</w:t>
      </w:r>
    </w:p>
    <w:p w14:paraId="07789882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>Ha a Szolgáltató fogyasztóval távollévők között szolgáltatási szerződést köt, a fogyasztót főszabály szerint 14 napos elállási/felmondási jog illeti meg a vonatkozó jogszabályok szerint.</w:t>
      </w:r>
    </w:p>
    <w:p w14:paraId="387F7AC9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 xml:space="preserve">Ha a fogyasztó kifejezetten kéri, hogy a szolgáltatás teljesítése a 14 napos határidő lejárta előtt </w:t>
      </w:r>
      <w:proofErr w:type="spellStart"/>
      <w:r w:rsidRPr="00CC38BC">
        <w:rPr>
          <w:lang w:val="hu-HU"/>
        </w:rPr>
        <w:t>kezdődjön</w:t>
      </w:r>
      <w:proofErr w:type="spellEnd"/>
      <w:r w:rsidRPr="00CC38BC">
        <w:rPr>
          <w:lang w:val="hu-HU"/>
        </w:rPr>
        <w:t xml:space="preserve"> meg, a Szolgáltató ennek megfelelő nyilatkozatot kérhet.</w:t>
      </w:r>
    </w:p>
    <w:p w14:paraId="0D963668" w14:textId="77777777" w:rsidR="00CC38BC" w:rsidRPr="00CC38BC" w:rsidRDefault="00CC38BC" w:rsidP="00CC38BC">
      <w:pPr>
        <w:rPr>
          <w:lang w:val="hu-HU"/>
        </w:rPr>
      </w:pPr>
      <w:r w:rsidRPr="00CC38BC">
        <w:rPr>
          <w:lang w:val="hu-HU"/>
        </w:rPr>
        <w:t>Ha a szolgáltatás egészét a fogyasztó kifejezett kérésére a 14 napos határidő alatt teljesítették, az elállási jog a jogszabályban meghatározott feltételek szerint megszűnhet.</w:t>
      </w:r>
    </w:p>
    <w:p w14:paraId="6491556E" w14:textId="6B39276C" w:rsidR="00E50D8A" w:rsidRPr="00CC38BC" w:rsidRDefault="00CC38BC">
      <w:pPr>
        <w:rPr>
          <w:lang w:val="hu-HU"/>
        </w:rPr>
      </w:pPr>
      <w:r w:rsidRPr="00CC38BC">
        <w:rPr>
          <w:lang w:val="hu-HU"/>
        </w:rPr>
        <w:t>Az egyedi szolgáltatás jellegétől függően további jogszabályi kivételek is alkalmazhatók.</w:t>
      </w:r>
    </w:p>
    <w:p w14:paraId="368752C0" w14:textId="77777777" w:rsidR="00E50D8A" w:rsidRDefault="00000000">
      <w:pPr>
        <w:pStyle w:val="Cmsor1"/>
      </w:pPr>
      <w:r>
        <w:t>11. Panaszkezelés és jogorvoslat</w:t>
      </w:r>
    </w:p>
    <w:p w14:paraId="044DEBEC" w14:textId="66B1F7EC" w:rsidR="00CC38BC" w:rsidRDefault="00CC38BC" w:rsidP="00CC38BC">
      <w:r>
        <w:t xml:space="preserve">Az </w:t>
      </w:r>
      <w:proofErr w:type="spellStart"/>
      <w:r>
        <w:t>Ügyfél</w:t>
      </w:r>
      <w:proofErr w:type="spellEnd"/>
      <w:r>
        <w:t xml:space="preserve"> </w:t>
      </w:r>
      <w:proofErr w:type="spellStart"/>
      <w:r>
        <w:t>panaszát</w:t>
      </w:r>
      <w:proofErr w:type="spellEnd"/>
      <w:r>
        <w:t xml:space="preserve"> a </w:t>
      </w:r>
      <w:proofErr w:type="spellStart"/>
      <w:r>
        <w:t>Szolgáltató</w:t>
      </w:r>
      <w:proofErr w:type="spellEnd"/>
      <w:r>
        <w:t xml:space="preserve"> </w:t>
      </w:r>
      <w:r>
        <w:t>info@dashysgrid.hu</w:t>
      </w:r>
      <w:r>
        <w:t xml:space="preserve"> </w:t>
      </w:r>
      <w:proofErr w:type="spellStart"/>
      <w:r>
        <w:t>címén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r>
        <w:t xml:space="preserve">2760 </w:t>
      </w:r>
      <w:proofErr w:type="spellStart"/>
      <w:r>
        <w:t>Nagykáta</w:t>
      </w:r>
      <w:proofErr w:type="spellEnd"/>
      <w:r>
        <w:t xml:space="preserve"> </w:t>
      </w:r>
      <w:proofErr w:type="spellStart"/>
      <w:r>
        <w:t>Hársfa</w:t>
      </w:r>
      <w:proofErr w:type="spellEnd"/>
      <w:r>
        <w:t xml:space="preserve"> </w:t>
      </w:r>
      <w:proofErr w:type="spellStart"/>
      <w:r>
        <w:t>utca</w:t>
      </w:r>
      <w:proofErr w:type="spellEnd"/>
      <w:r>
        <w:t xml:space="preserve"> 17</w:t>
      </w:r>
      <w:r>
        <w:t xml:space="preserve"> </w:t>
      </w:r>
      <w:proofErr w:type="spellStart"/>
      <w:r>
        <w:t>címén</w:t>
      </w:r>
      <w:proofErr w:type="spellEnd"/>
      <w:r>
        <w:t xml:space="preserve"> </w:t>
      </w:r>
      <w:proofErr w:type="spellStart"/>
      <w:r>
        <w:t>nyújthatja</w:t>
      </w:r>
      <w:proofErr w:type="spellEnd"/>
      <w:r>
        <w:t xml:space="preserve"> be.</w:t>
      </w:r>
    </w:p>
    <w:p w14:paraId="58A6F158" w14:textId="7AC956F0" w:rsidR="00CC38BC" w:rsidRDefault="00CC38BC" w:rsidP="00CC38BC">
      <w:r>
        <w:t xml:space="preserve">A </w:t>
      </w:r>
      <w:proofErr w:type="spellStart"/>
      <w:r>
        <w:t>Szolgáltató</w:t>
      </w:r>
      <w:proofErr w:type="spellEnd"/>
      <w:r>
        <w:t xml:space="preserve"> a </w:t>
      </w:r>
      <w:proofErr w:type="spellStart"/>
      <w:r>
        <w:t>panaszokat</w:t>
      </w:r>
      <w:proofErr w:type="spellEnd"/>
      <w:r>
        <w:t xml:space="preserve"> a </w:t>
      </w:r>
      <w:proofErr w:type="spellStart"/>
      <w:r>
        <w:t>vonatkozó</w:t>
      </w:r>
      <w:proofErr w:type="spellEnd"/>
      <w:r>
        <w:t xml:space="preserve"> </w:t>
      </w:r>
      <w:proofErr w:type="spellStart"/>
      <w:r>
        <w:t>jogszabályok</w:t>
      </w:r>
      <w:proofErr w:type="spellEnd"/>
      <w:r>
        <w:t xml:space="preserve"> </w:t>
      </w:r>
      <w:proofErr w:type="spellStart"/>
      <w:r>
        <w:t>szerint</w:t>
      </w:r>
      <w:proofErr w:type="spellEnd"/>
      <w:r>
        <w:t xml:space="preserve"> </w:t>
      </w:r>
      <w:proofErr w:type="spellStart"/>
      <w:r>
        <w:t>kezeli</w:t>
      </w:r>
      <w:proofErr w:type="spellEnd"/>
      <w:r>
        <w:t>.</w:t>
      </w:r>
    </w:p>
    <w:p w14:paraId="1EC9513D" w14:textId="1785959D" w:rsidR="00E50D8A" w:rsidRDefault="00CC38BC" w:rsidP="00CC38BC">
      <w:proofErr w:type="spellStart"/>
      <w:r>
        <w:t>Fogyasztói</w:t>
      </w:r>
      <w:proofErr w:type="spellEnd"/>
      <w:r>
        <w:t xml:space="preserve"> </w:t>
      </w:r>
      <w:proofErr w:type="spellStart"/>
      <w:r>
        <w:t>jogvita</w:t>
      </w:r>
      <w:proofErr w:type="spellEnd"/>
      <w:r>
        <w:t xml:space="preserve"> </w:t>
      </w:r>
      <w:proofErr w:type="spellStart"/>
      <w:r>
        <w:t>esetén</w:t>
      </w:r>
      <w:proofErr w:type="spellEnd"/>
      <w:r>
        <w:t xml:space="preserve"> a </w:t>
      </w:r>
      <w:proofErr w:type="spellStart"/>
      <w:r>
        <w:t>fogyasztó</w:t>
      </w:r>
      <w:proofErr w:type="spellEnd"/>
      <w:r>
        <w:t xml:space="preserve"> a </w:t>
      </w:r>
      <w:proofErr w:type="spellStart"/>
      <w:r>
        <w:t>jogszabályban</w:t>
      </w:r>
      <w:proofErr w:type="spellEnd"/>
      <w:r>
        <w:t xml:space="preserve"> </w:t>
      </w:r>
      <w:proofErr w:type="spellStart"/>
      <w:r>
        <w:t>meghatározott</w:t>
      </w:r>
      <w:proofErr w:type="spellEnd"/>
      <w:r>
        <w:t xml:space="preserve"> </w:t>
      </w:r>
      <w:proofErr w:type="spellStart"/>
      <w:r>
        <w:t>békéltető</w:t>
      </w:r>
      <w:proofErr w:type="spellEnd"/>
      <w:r>
        <w:t xml:space="preserve"> </w:t>
      </w:r>
      <w:proofErr w:type="spellStart"/>
      <w:r>
        <w:t>testületi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egyéb</w:t>
      </w:r>
      <w:proofErr w:type="spellEnd"/>
      <w:r>
        <w:t xml:space="preserve"> </w:t>
      </w:r>
      <w:proofErr w:type="spellStart"/>
      <w:r>
        <w:t>jogorvoslati</w:t>
      </w:r>
      <w:proofErr w:type="spellEnd"/>
      <w:r>
        <w:t xml:space="preserve"> </w:t>
      </w:r>
      <w:proofErr w:type="spellStart"/>
      <w:r>
        <w:t>lehetőségeket</w:t>
      </w:r>
      <w:proofErr w:type="spellEnd"/>
      <w:r>
        <w:t xml:space="preserve"> is </w:t>
      </w:r>
      <w:proofErr w:type="spellStart"/>
      <w:r>
        <w:t>igénybe</w:t>
      </w:r>
      <w:proofErr w:type="spellEnd"/>
      <w:r>
        <w:t xml:space="preserve"> </w:t>
      </w:r>
      <w:proofErr w:type="spellStart"/>
      <w:r>
        <w:t>veheti</w:t>
      </w:r>
      <w:proofErr w:type="spellEnd"/>
      <w:r w:rsidR="00000000">
        <w:t>.</w:t>
      </w:r>
    </w:p>
    <w:p w14:paraId="2C3E5F33" w14:textId="77777777" w:rsidR="00E50D8A" w:rsidRDefault="00000000">
      <w:pPr>
        <w:pStyle w:val="Cmsor1"/>
      </w:pPr>
      <w:r>
        <w:t>12. Adatkezelés</w:t>
      </w:r>
    </w:p>
    <w:p w14:paraId="6FD6F50A" w14:textId="77777777" w:rsidR="00E50D8A" w:rsidRDefault="00000000">
      <w:r>
        <w:t>A Szolgáltató az Ügyfelek személyes adatait a külön közzétett Adatkezelési Tájékoztatóban foglaltak szerint kezeli.</w:t>
      </w:r>
    </w:p>
    <w:p w14:paraId="24836A19" w14:textId="77777777" w:rsidR="00E50D8A" w:rsidRDefault="00000000">
      <w:r>
        <w:t>Az Adatkezelési Tájékoztató elérhetősége: [LINK].</w:t>
      </w:r>
    </w:p>
    <w:p w14:paraId="6089FAB3" w14:textId="77777777" w:rsidR="00E50D8A" w:rsidRDefault="00000000">
      <w:pPr>
        <w:pStyle w:val="Cmsor1"/>
      </w:pPr>
      <w:r>
        <w:t>13. Titoktartás</w:t>
      </w:r>
    </w:p>
    <w:p w14:paraId="28639905" w14:textId="77777777" w:rsidR="00E50D8A" w:rsidRDefault="00000000">
      <w:r>
        <w:t>A felek kötelesek bizalmasan kezelni a másik fél üzleti, technikai és egyéb, nem nyilvános információit, kivéve, ha azok átadását jogszabály vagy hatósági rendelkezés írja elő.</w:t>
      </w:r>
    </w:p>
    <w:p w14:paraId="0FF20F30" w14:textId="77777777" w:rsidR="00E50D8A" w:rsidRDefault="00000000">
      <w:pPr>
        <w:pStyle w:val="Cmsor1"/>
      </w:pPr>
      <w:r>
        <w:lastRenderedPageBreak/>
        <w:t>14. Irányadó jog és egyéb rendelkezések</w:t>
      </w:r>
    </w:p>
    <w:p w14:paraId="543D6B05" w14:textId="77777777" w:rsidR="00E50D8A" w:rsidRDefault="00000000">
      <w:r>
        <w:t>Az ÁSZF-re és a felek jogviszonyára a magyar jog az irányadó.</w:t>
      </w:r>
    </w:p>
    <w:p w14:paraId="533F7CB3" w14:textId="77777777" w:rsidR="00E50D8A" w:rsidRDefault="00000000">
      <w:r>
        <w:t>Ha az ÁSZF valamely rendelkezése érvénytelennek bizonyul, az nem érinti a többi rendelkezés érvényességét.</w:t>
      </w:r>
    </w:p>
    <w:p w14:paraId="459FCFB8" w14:textId="77777777" w:rsidR="00E50D8A" w:rsidRDefault="00000000">
      <w:r>
        <w:t>A jelen ÁSZF-ben nem szabályozott kérdésekben különösen a Polgári Törvénykönyv, a fogyasztóvédelmi és az elektronikus kereskedelmi szolgáltatásokra vonatkozó jogszabályok rendelkezései irányadók.</w:t>
      </w:r>
    </w:p>
    <w:p w14:paraId="1EF0A6E1" w14:textId="77777777" w:rsidR="00E50D8A" w:rsidRDefault="00000000">
      <w:pPr>
        <w:pStyle w:val="Cmsor1"/>
      </w:pPr>
      <w:r>
        <w:t>15. Hatálybalépés és módosítás</w:t>
      </w:r>
    </w:p>
    <w:p w14:paraId="6BCA3568" w14:textId="26C0FF42" w:rsidR="0017095D" w:rsidRDefault="0017095D" w:rsidP="0017095D">
      <w:proofErr w:type="spellStart"/>
      <w:r>
        <w:t>Hatálybalépés</w:t>
      </w:r>
      <w:proofErr w:type="spellEnd"/>
      <w:r>
        <w:t xml:space="preserve">: 2026. </w:t>
      </w:r>
      <w:proofErr w:type="spellStart"/>
      <w:r>
        <w:t>szeptember</w:t>
      </w:r>
      <w:proofErr w:type="spellEnd"/>
      <w:r>
        <w:t xml:space="preserve"> 1. </w:t>
      </w:r>
      <w:proofErr w:type="spellStart"/>
      <w:r>
        <w:t>napja</w:t>
      </w:r>
      <w:proofErr w:type="spellEnd"/>
      <w:r>
        <w:t>.</w:t>
      </w:r>
    </w:p>
    <w:p w14:paraId="2F9ED5C8" w14:textId="275298EA" w:rsidR="00E50D8A" w:rsidRDefault="0017095D" w:rsidP="0017095D">
      <w:r>
        <w:t xml:space="preserve">A </w:t>
      </w:r>
      <w:proofErr w:type="spellStart"/>
      <w:r>
        <w:t>Szolgáltató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ÁSZF </w:t>
      </w:r>
      <w:proofErr w:type="spellStart"/>
      <w:r>
        <w:t>módosítását</w:t>
      </w:r>
      <w:proofErr w:type="spellEnd"/>
      <w:r>
        <w:t xml:space="preserve"> a </w:t>
      </w:r>
      <w:proofErr w:type="spellStart"/>
      <w:r>
        <w:t>jogszabályoknak</w:t>
      </w:r>
      <w:proofErr w:type="spellEnd"/>
      <w:r>
        <w:t xml:space="preserve"> </w:t>
      </w:r>
      <w:proofErr w:type="spellStart"/>
      <w:r>
        <w:t>megfelelően</w:t>
      </w:r>
      <w:proofErr w:type="spellEnd"/>
      <w:r>
        <w:t xml:space="preserve">, a </w:t>
      </w:r>
      <w:proofErr w:type="spellStart"/>
      <w:r>
        <w:t>hatálybalépést</w:t>
      </w:r>
      <w:proofErr w:type="spellEnd"/>
      <w:r>
        <w:t xml:space="preserve"> </w:t>
      </w:r>
      <w:proofErr w:type="spellStart"/>
      <w:r>
        <w:t>megelőzően</w:t>
      </w:r>
      <w:proofErr w:type="spellEnd"/>
      <w:r>
        <w:t xml:space="preserve"> </w:t>
      </w:r>
      <w:proofErr w:type="spellStart"/>
      <w:r>
        <w:t>közzéteszi</w:t>
      </w:r>
      <w:proofErr w:type="spellEnd"/>
      <w:r>
        <w:t xml:space="preserve">. A </w:t>
      </w:r>
      <w:proofErr w:type="spellStart"/>
      <w:r>
        <w:t>már</w:t>
      </w:r>
      <w:proofErr w:type="spellEnd"/>
      <w:r>
        <w:t xml:space="preserve"> </w:t>
      </w:r>
      <w:proofErr w:type="spellStart"/>
      <w:r>
        <w:t>létrejött</w:t>
      </w:r>
      <w:proofErr w:type="spellEnd"/>
      <w:r>
        <w:t xml:space="preserve"> </w:t>
      </w:r>
      <w:proofErr w:type="spellStart"/>
      <w:r>
        <w:t>szerződésekre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alkalmazandó</w:t>
      </w:r>
      <w:proofErr w:type="spellEnd"/>
      <w:r>
        <w:t xml:space="preserve"> </w:t>
      </w:r>
      <w:proofErr w:type="spellStart"/>
      <w:r>
        <w:t>jogszabályok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adott</w:t>
      </w:r>
      <w:proofErr w:type="spellEnd"/>
      <w:r>
        <w:t xml:space="preserve"> </w:t>
      </w:r>
      <w:proofErr w:type="spellStart"/>
      <w:r>
        <w:t>szerződés</w:t>
      </w:r>
      <w:proofErr w:type="spellEnd"/>
      <w:r>
        <w:t xml:space="preserve"> </w:t>
      </w:r>
      <w:proofErr w:type="spellStart"/>
      <w:r>
        <w:t>feltételei</w:t>
      </w:r>
      <w:proofErr w:type="spellEnd"/>
      <w:r>
        <w:t xml:space="preserve"> </w:t>
      </w:r>
      <w:proofErr w:type="spellStart"/>
      <w:r>
        <w:t>irányadók</w:t>
      </w:r>
      <w:proofErr w:type="spellEnd"/>
      <w:r>
        <w:t>.</w:t>
      </w:r>
    </w:p>
    <w:p w14:paraId="7B7C257B" w14:textId="77777777" w:rsidR="00E50D8A" w:rsidRDefault="00000000">
      <w:pPr>
        <w:pStyle w:val="Cmsor1"/>
      </w:pPr>
      <w:r>
        <w:t>Melléklet – Elállási/Felmondási nyilatkozat minta</w:t>
      </w:r>
    </w:p>
    <w:p w14:paraId="64B6D8FE" w14:textId="77777777" w:rsidR="00E50D8A" w:rsidRDefault="00000000">
      <w:r>
        <w:t>Csak fogyasztókkal távollévők között kötött szerződés esetén alkalmazandó, a mindenkor hatályos jogszabály szerinti tartalommal.</w:t>
      </w:r>
    </w:p>
    <w:p w14:paraId="55AF651C" w14:textId="77777777" w:rsidR="00E50D8A" w:rsidRDefault="00000000">
      <w:r>
        <w:t>Alulírott kijelentem, hogy gyakorlom elállási/felmondási jogomat az alábbi szolgáltatásra vonatkozó szerződés tekintetében:</w:t>
      </w:r>
    </w:p>
    <w:p w14:paraId="44C6BF09" w14:textId="77777777" w:rsidR="00E50D8A" w:rsidRDefault="00000000">
      <w:r>
        <w:t>Szolgáltatás: [SZOLGÁLTATÁS]</w:t>
      </w:r>
    </w:p>
    <w:p w14:paraId="179B8A46" w14:textId="77777777" w:rsidR="00E50D8A" w:rsidRDefault="00000000">
      <w:r>
        <w:t>Szerződéskötés időpontja: [DÁTUM]</w:t>
      </w:r>
    </w:p>
    <w:p w14:paraId="45145647" w14:textId="77777777" w:rsidR="00E50D8A" w:rsidRDefault="00000000">
      <w:r>
        <w:t>Fogyasztó neve: [NÉV]</w:t>
      </w:r>
    </w:p>
    <w:p w14:paraId="383EBA22" w14:textId="77777777" w:rsidR="00E50D8A" w:rsidRDefault="00000000">
      <w:r>
        <w:t>Fogyasztó címe: [CÍM]</w:t>
      </w:r>
    </w:p>
    <w:p w14:paraId="59778A1C" w14:textId="77777777" w:rsidR="00E50D8A" w:rsidRDefault="00000000">
      <w:r>
        <w:t>Dátum: [DÁTUM]</w:t>
      </w:r>
    </w:p>
    <w:p w14:paraId="59FA3341" w14:textId="77777777" w:rsidR="00E50D8A" w:rsidRDefault="00000000">
      <w:r>
        <w:t>Aláírás (papíron benyújtott nyilatkozat esetén): [ALÁÍRÁS]</w:t>
      </w:r>
    </w:p>
    <w:sectPr w:rsidR="00E50D8A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9717569">
    <w:abstractNumId w:val="8"/>
  </w:num>
  <w:num w:numId="2" w16cid:durableId="1855728198">
    <w:abstractNumId w:val="6"/>
  </w:num>
  <w:num w:numId="3" w16cid:durableId="1956474719">
    <w:abstractNumId w:val="5"/>
  </w:num>
  <w:num w:numId="4" w16cid:durableId="33889088">
    <w:abstractNumId w:val="4"/>
  </w:num>
  <w:num w:numId="5" w16cid:durableId="50931492">
    <w:abstractNumId w:val="7"/>
  </w:num>
  <w:num w:numId="6" w16cid:durableId="917053800">
    <w:abstractNumId w:val="3"/>
  </w:num>
  <w:num w:numId="7" w16cid:durableId="651762865">
    <w:abstractNumId w:val="2"/>
  </w:num>
  <w:num w:numId="8" w16cid:durableId="339354800">
    <w:abstractNumId w:val="1"/>
  </w:num>
  <w:num w:numId="9" w16cid:durableId="925382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095D"/>
    <w:rsid w:val="0029639D"/>
    <w:rsid w:val="00326F90"/>
    <w:rsid w:val="00AA1D8D"/>
    <w:rsid w:val="00B47730"/>
    <w:rsid w:val="00CB0664"/>
    <w:rsid w:val="00CB5ECE"/>
    <w:rsid w:val="00CC38BC"/>
    <w:rsid w:val="00E50D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F4D7DA"/>
  <w14:defaultImageDpi w14:val="300"/>
  <w15:docId w15:val="{AB552422-EB0E-4B8D-B60C-5C183EA9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rial" w:hAnsi="Arial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886</Words>
  <Characters>6119</Characters>
  <Application>Microsoft Office Word</Application>
  <DocSecurity>0</DocSecurity>
  <Lines>50</Lines>
  <Paragraphs>13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Ulbrecht Evelin</cp:lastModifiedBy>
  <cp:revision>2</cp:revision>
  <dcterms:created xsi:type="dcterms:W3CDTF">2013-12-23T23:15:00Z</dcterms:created>
  <dcterms:modified xsi:type="dcterms:W3CDTF">2026-09-01T19:54:00Z</dcterms:modified>
  <cp:category/>
</cp:coreProperties>
</file>