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E325" w14:textId="77777777" w:rsidR="002B7275" w:rsidRDefault="00000000">
      <w:pPr>
        <w:jc w:val="center"/>
      </w:pPr>
      <w:r>
        <w:rPr>
          <w:b/>
          <w:sz w:val="40"/>
        </w:rPr>
        <w:t>ADATKEZELÉSI TÁJÉKOZTATÓ</w:t>
      </w:r>
    </w:p>
    <w:p w14:paraId="01F2DB3C" w14:textId="70004299" w:rsidR="002B7275" w:rsidRDefault="004C671C">
      <w:pPr>
        <w:jc w:val="center"/>
      </w:pPr>
      <w:r>
        <w:rPr>
          <w:b/>
        </w:rPr>
        <w:t>Era-Szemcsi Bt.</w:t>
      </w:r>
    </w:p>
    <w:p w14:paraId="6402DEF0" w14:textId="77777777" w:rsidR="002B7275" w:rsidRDefault="00000000">
      <w:pPr>
        <w:pStyle w:val="Cmsor1"/>
      </w:pPr>
      <w:r>
        <w:t>1. Az adatkezelő adatai</w:t>
      </w:r>
    </w:p>
    <w:p w14:paraId="5D2F7D2B" w14:textId="09F15634" w:rsidR="002B7275" w:rsidRDefault="00000000">
      <w:proofErr w:type="spellStart"/>
      <w:r>
        <w:t>Adatkezelő</w:t>
      </w:r>
      <w:proofErr w:type="spellEnd"/>
      <w:r>
        <w:t xml:space="preserve"> neve: </w:t>
      </w:r>
      <w:r w:rsidR="004C671C" w:rsidRPr="004C671C">
        <w:t>Era-Szemcsi Bt.</w:t>
      </w:r>
    </w:p>
    <w:p w14:paraId="01E1CE9D" w14:textId="5A5EC09B" w:rsidR="002B7275" w:rsidRDefault="00000000">
      <w:r>
        <w:t xml:space="preserve">Székhely: </w:t>
      </w:r>
      <w:r w:rsidR="004C671C">
        <w:t xml:space="preserve">2760 </w:t>
      </w:r>
      <w:proofErr w:type="spellStart"/>
      <w:r w:rsidR="004C671C">
        <w:t>Nagykáta</w:t>
      </w:r>
      <w:proofErr w:type="spellEnd"/>
      <w:r w:rsidR="004C671C">
        <w:t xml:space="preserve"> </w:t>
      </w:r>
      <w:proofErr w:type="spellStart"/>
      <w:r w:rsidR="004C671C">
        <w:t>Hársfa</w:t>
      </w:r>
      <w:proofErr w:type="spellEnd"/>
      <w:r w:rsidR="004C671C">
        <w:t xml:space="preserve"> </w:t>
      </w:r>
      <w:proofErr w:type="spellStart"/>
      <w:r w:rsidR="004C671C">
        <w:t>utca</w:t>
      </w:r>
      <w:proofErr w:type="spellEnd"/>
      <w:r w:rsidR="004C671C">
        <w:t xml:space="preserve"> 17</w:t>
      </w:r>
    </w:p>
    <w:p w14:paraId="4EC01767" w14:textId="4417B994" w:rsidR="002B7275" w:rsidRDefault="00000000">
      <w:r>
        <w:t xml:space="preserve">Nyilvántartási </w:t>
      </w:r>
      <w:proofErr w:type="spellStart"/>
      <w:r>
        <w:t>szám</w:t>
      </w:r>
      <w:proofErr w:type="spellEnd"/>
      <w:r>
        <w:t xml:space="preserve"> / </w:t>
      </w:r>
      <w:proofErr w:type="spellStart"/>
      <w:r>
        <w:t>cégjegyzékszám</w:t>
      </w:r>
      <w:proofErr w:type="spellEnd"/>
      <w:r>
        <w:t xml:space="preserve">: </w:t>
      </w:r>
      <w:r w:rsidR="004C671C" w:rsidRPr="004C671C">
        <w:t>13 06 054471</w:t>
      </w:r>
    </w:p>
    <w:p w14:paraId="3A4EB75E" w14:textId="29A4B3A6" w:rsidR="002B7275" w:rsidRDefault="00000000">
      <w:proofErr w:type="spellStart"/>
      <w:r>
        <w:t>Adószám</w:t>
      </w:r>
      <w:proofErr w:type="spellEnd"/>
      <w:r>
        <w:t xml:space="preserve">: </w:t>
      </w:r>
      <w:r w:rsidR="004C671C" w:rsidRPr="004C671C">
        <w:t>22169486213</w:t>
      </w:r>
    </w:p>
    <w:p w14:paraId="78DD5FAC" w14:textId="35C09FAC" w:rsidR="002B7275" w:rsidRDefault="00000000">
      <w:r>
        <w:t xml:space="preserve">E-mail: </w:t>
      </w:r>
      <w:r w:rsidR="004C671C">
        <w:t>info@dashysgrid.hu</w:t>
      </w:r>
    </w:p>
    <w:p w14:paraId="5FAC311C" w14:textId="77FAE837" w:rsidR="002B7275" w:rsidRDefault="00000000">
      <w:proofErr w:type="spellStart"/>
      <w:r>
        <w:t>Telefon</w:t>
      </w:r>
      <w:proofErr w:type="spellEnd"/>
      <w:r>
        <w:t xml:space="preserve">: </w:t>
      </w:r>
      <w:r w:rsidR="004C671C">
        <w:t>06307468629</w:t>
      </w:r>
    </w:p>
    <w:p w14:paraId="6BE4E11A" w14:textId="05265D86" w:rsidR="002B7275" w:rsidRDefault="00000000">
      <w:proofErr w:type="spellStart"/>
      <w:r>
        <w:t>Honlap</w:t>
      </w:r>
      <w:proofErr w:type="spellEnd"/>
      <w:r>
        <w:t xml:space="preserve">: </w:t>
      </w:r>
      <w:r w:rsidR="004C671C">
        <w:t>dashysgrid.hu</w:t>
      </w:r>
    </w:p>
    <w:p w14:paraId="469C8BCB" w14:textId="0D4C333C" w:rsidR="002B7275" w:rsidRDefault="00000000">
      <w:proofErr w:type="spellStart"/>
      <w:r>
        <w:t>Adatvédelmi</w:t>
      </w:r>
      <w:proofErr w:type="spellEnd"/>
      <w:r>
        <w:t xml:space="preserve"> </w:t>
      </w:r>
      <w:proofErr w:type="spellStart"/>
      <w:r>
        <w:t>tisztviselő</w:t>
      </w:r>
      <w:proofErr w:type="spellEnd"/>
      <w:r>
        <w:t xml:space="preserve">: </w:t>
      </w:r>
      <w:proofErr w:type="spellStart"/>
      <w:r w:rsidR="004C671C">
        <w:t>Nincs</w:t>
      </w:r>
      <w:proofErr w:type="spellEnd"/>
    </w:p>
    <w:p w14:paraId="7EABD391" w14:textId="77777777" w:rsidR="002B7275" w:rsidRDefault="00000000">
      <w:pPr>
        <w:pStyle w:val="Cmsor1"/>
      </w:pPr>
      <w:r>
        <w:t>2. A tájékoztató célja és hatálya</w:t>
      </w:r>
    </w:p>
    <w:p w14:paraId="20E0664D" w14:textId="77777777" w:rsidR="002B7275" w:rsidRDefault="00000000">
      <w:r>
        <w:t>Jelen tájékoztató bemutatja, hogy az Adatkezelő a weboldal használata, a kapcsolatfelvétel, ajánlatkérés, szolgáltatásnyújtás, szerződéses kapcsolat, valamint az esetlegesen alkalmazott marketing- és technikai megoldások során hogyan kezeli a személyes adatokat.</w:t>
      </w:r>
    </w:p>
    <w:p w14:paraId="5BC15EEE" w14:textId="77777777" w:rsidR="002B7275" w:rsidRDefault="00000000">
      <w:r>
        <w:t>Az adatkezelés során az Adatkezelő a GDPR, az információs önrendelkezési jogról és információszabadságról szóló 2011. évi CXII. törvény és az alkalmazandó egyéb jogszabályok rendelkezései szerint jár el.</w:t>
      </w:r>
    </w:p>
    <w:p w14:paraId="2463AAD4" w14:textId="77777777" w:rsidR="002B7275" w:rsidRDefault="00000000">
      <w:pPr>
        <w:pStyle w:val="Cmsor1"/>
      </w:pPr>
      <w:r>
        <w:t>3. A kezelt adatok, célok és jogalapok</w:t>
      </w:r>
    </w:p>
    <w:p w14:paraId="1E9D3CBE" w14:textId="77777777" w:rsidR="002B7275" w:rsidRDefault="00000000">
      <w:r>
        <w:t>Kapcsolatfelvétel: név, e-mail-cím, telefonszám és az üzenetben megadott adatok. Cél: a megkeresés megválaszolása és kapcsolattartás. Jogalap: az érintett kérésére történő lépések megtétele, illetve az Adatkezelő jogos érdeke.</w:t>
      </w:r>
    </w:p>
    <w:p w14:paraId="11300192" w14:textId="77777777" w:rsidR="002B7275" w:rsidRDefault="00000000">
      <w:r>
        <w:t>Ajánlatkérés: név, kapcsolattartási adatok, vállalkozás adatai és az ajánlat elkészítéséhez szükséges információk. Cél: ajánlat készítése és az előzetes szerződéses kapcsolat kezelése. Jogalap: az érintett kérésére történő lépések megtétele.</w:t>
      </w:r>
    </w:p>
    <w:p w14:paraId="79B8E885" w14:textId="77777777" w:rsidR="002B7275" w:rsidRDefault="00000000">
      <w:r>
        <w:t>Szerződés teljesítése és számlázás: név/cégnév, cím/székhely, adóazonosító/adószám, kapcsolattartási és számlázási adatok. Cél: szerződés teljesítése, számlázás, könyvelési és jogszabályi kötelezettségek teljesítése. Jogalap: szerződés teljesítése és jogi kötelezettség teljesítése.</w:t>
      </w:r>
    </w:p>
    <w:p w14:paraId="45BD3625" w14:textId="23220DE5" w:rsidR="002B7275" w:rsidRDefault="00000000">
      <w:proofErr w:type="spellStart"/>
      <w:r>
        <w:t>Hírlevél</w:t>
      </w:r>
      <w:proofErr w:type="spellEnd"/>
      <w:r>
        <w:t xml:space="preserve">/marketing: </w:t>
      </w:r>
      <w:proofErr w:type="spellStart"/>
      <w:r>
        <w:t>név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e-mail-</w:t>
      </w:r>
      <w:proofErr w:type="spellStart"/>
      <w:r>
        <w:t>cím</w:t>
      </w:r>
      <w:proofErr w:type="spellEnd"/>
      <w:r>
        <w:t xml:space="preserve">. Cél: marketingkommunikáció küldése. Jogalap: </w:t>
      </w:r>
      <w:proofErr w:type="spellStart"/>
      <w:r w:rsidR="0094753B" w:rsidRPr="0094753B">
        <w:t>az</w:t>
      </w:r>
      <w:proofErr w:type="spellEnd"/>
      <w:r w:rsidR="0094753B" w:rsidRPr="0094753B">
        <w:t xml:space="preserve"> </w:t>
      </w:r>
      <w:proofErr w:type="spellStart"/>
      <w:r w:rsidR="0094753B" w:rsidRPr="0094753B">
        <w:t>érintett</w:t>
      </w:r>
      <w:proofErr w:type="spellEnd"/>
      <w:r w:rsidR="0094753B" w:rsidRPr="0094753B">
        <w:t xml:space="preserve"> </w:t>
      </w:r>
      <w:proofErr w:type="spellStart"/>
      <w:r w:rsidR="0094753B" w:rsidRPr="0094753B">
        <w:t>kifejezett</w:t>
      </w:r>
      <w:proofErr w:type="spellEnd"/>
      <w:r w:rsidR="0094753B" w:rsidRPr="0094753B">
        <w:t xml:space="preserve"> </w:t>
      </w:r>
      <w:proofErr w:type="spellStart"/>
      <w:r w:rsidR="0094753B" w:rsidRPr="0094753B">
        <w:t>hozzájárulása</w:t>
      </w:r>
      <w:proofErr w:type="spellEnd"/>
      <w:r w:rsidR="0094753B" w:rsidRPr="0094753B">
        <w:t xml:space="preserve"> (GDPR 6. </w:t>
      </w:r>
      <w:proofErr w:type="spellStart"/>
      <w:r w:rsidR="0094753B" w:rsidRPr="0094753B">
        <w:t>cikk</w:t>
      </w:r>
      <w:proofErr w:type="spellEnd"/>
      <w:r w:rsidR="0094753B" w:rsidRPr="0094753B">
        <w:t xml:space="preserve"> (1) </w:t>
      </w:r>
      <w:proofErr w:type="spellStart"/>
      <w:r w:rsidR="0094753B" w:rsidRPr="0094753B">
        <w:t>bekezdés</w:t>
      </w:r>
      <w:proofErr w:type="spellEnd"/>
      <w:r w:rsidR="0094753B" w:rsidRPr="0094753B">
        <w:t xml:space="preserve"> a) </w:t>
      </w:r>
      <w:proofErr w:type="spellStart"/>
      <w:r w:rsidR="0094753B" w:rsidRPr="0094753B">
        <w:t>pont</w:t>
      </w:r>
      <w:proofErr w:type="spellEnd"/>
      <w:r w:rsidR="0094753B" w:rsidRPr="0094753B">
        <w:t>).</w:t>
      </w:r>
    </w:p>
    <w:p w14:paraId="6BA9606D" w14:textId="77777777" w:rsidR="0094753B" w:rsidRDefault="00000000" w:rsidP="0094753B">
      <w:r>
        <w:lastRenderedPageBreak/>
        <w:t xml:space="preserve">Weboldal technikai naplói: </w:t>
      </w:r>
      <w:r w:rsidR="0094753B">
        <w:t>IP-</w:t>
      </w:r>
      <w:proofErr w:type="spellStart"/>
      <w:r w:rsidR="0094753B">
        <w:t>cím</w:t>
      </w:r>
      <w:proofErr w:type="spellEnd"/>
      <w:r w:rsidR="0094753B">
        <w:t xml:space="preserve">, </w:t>
      </w:r>
      <w:proofErr w:type="spellStart"/>
      <w:r w:rsidR="0094753B">
        <w:t>böngésző</w:t>
      </w:r>
      <w:proofErr w:type="spellEnd"/>
      <w:r w:rsidR="0094753B">
        <w:t xml:space="preserve">- </w:t>
      </w:r>
      <w:proofErr w:type="spellStart"/>
      <w:r w:rsidR="0094753B">
        <w:t>és</w:t>
      </w:r>
      <w:proofErr w:type="spellEnd"/>
      <w:r w:rsidR="0094753B">
        <w:t xml:space="preserve"> </w:t>
      </w:r>
      <w:proofErr w:type="spellStart"/>
      <w:r w:rsidR="0094753B">
        <w:t>eszközadatok</w:t>
      </w:r>
      <w:proofErr w:type="spellEnd"/>
      <w:r w:rsidR="0094753B">
        <w:t xml:space="preserve">, </w:t>
      </w:r>
      <w:proofErr w:type="spellStart"/>
      <w:r w:rsidR="0094753B">
        <w:t>hozzáférés</w:t>
      </w:r>
      <w:proofErr w:type="spellEnd"/>
      <w:r w:rsidR="0094753B">
        <w:t xml:space="preserve"> </w:t>
      </w:r>
      <w:proofErr w:type="spellStart"/>
      <w:r w:rsidR="0094753B">
        <w:t>időpontja</w:t>
      </w:r>
      <w:proofErr w:type="spellEnd"/>
      <w:r w:rsidR="0094753B">
        <w:t xml:space="preserve">, </w:t>
      </w:r>
      <w:proofErr w:type="spellStart"/>
      <w:r w:rsidR="0094753B">
        <w:t>valamint</w:t>
      </w:r>
      <w:proofErr w:type="spellEnd"/>
      <w:r w:rsidR="0094753B">
        <w:t xml:space="preserve"> a </w:t>
      </w:r>
      <w:proofErr w:type="spellStart"/>
      <w:r w:rsidR="0094753B">
        <w:t>weboldal</w:t>
      </w:r>
      <w:proofErr w:type="spellEnd"/>
      <w:r w:rsidR="0094753B">
        <w:t xml:space="preserve"> </w:t>
      </w:r>
      <w:proofErr w:type="spellStart"/>
      <w:r w:rsidR="0094753B">
        <w:t>működésével</w:t>
      </w:r>
      <w:proofErr w:type="spellEnd"/>
      <w:r w:rsidR="0094753B">
        <w:t xml:space="preserve"> </w:t>
      </w:r>
      <w:proofErr w:type="spellStart"/>
      <w:r w:rsidR="0094753B">
        <w:t>kapcsolatos</w:t>
      </w:r>
      <w:proofErr w:type="spellEnd"/>
      <w:r w:rsidR="0094753B">
        <w:t xml:space="preserve"> </w:t>
      </w:r>
      <w:proofErr w:type="spellStart"/>
      <w:r w:rsidR="0094753B">
        <w:t>technikai</w:t>
      </w:r>
      <w:proofErr w:type="spellEnd"/>
      <w:r w:rsidR="0094753B">
        <w:t xml:space="preserve"> </w:t>
      </w:r>
      <w:proofErr w:type="spellStart"/>
      <w:r w:rsidR="0094753B">
        <w:t>események</w:t>
      </w:r>
      <w:proofErr w:type="spellEnd"/>
      <w:r w:rsidR="0094753B">
        <w:t>.</w:t>
      </w:r>
      <w:r w:rsidR="0094753B">
        <w:t xml:space="preserve"> </w:t>
      </w:r>
      <w:proofErr w:type="spellStart"/>
      <w:r w:rsidR="0094753B">
        <w:t>Cél</w:t>
      </w:r>
      <w:proofErr w:type="spellEnd"/>
      <w:r w:rsidR="0094753B">
        <w:t xml:space="preserve">: a </w:t>
      </w:r>
      <w:proofErr w:type="spellStart"/>
      <w:r w:rsidR="0094753B">
        <w:t>weboldal</w:t>
      </w:r>
      <w:proofErr w:type="spellEnd"/>
      <w:r w:rsidR="0094753B">
        <w:t xml:space="preserve"> </w:t>
      </w:r>
      <w:proofErr w:type="spellStart"/>
      <w:r w:rsidR="0094753B">
        <w:t>biztonságos</w:t>
      </w:r>
      <w:proofErr w:type="spellEnd"/>
      <w:r w:rsidR="0094753B">
        <w:t xml:space="preserve"> </w:t>
      </w:r>
      <w:proofErr w:type="spellStart"/>
      <w:r w:rsidR="0094753B">
        <w:t>és</w:t>
      </w:r>
      <w:proofErr w:type="spellEnd"/>
      <w:r w:rsidR="0094753B">
        <w:t xml:space="preserve"> </w:t>
      </w:r>
      <w:proofErr w:type="spellStart"/>
      <w:r w:rsidR="0094753B">
        <w:t>megfelelő</w:t>
      </w:r>
      <w:proofErr w:type="spellEnd"/>
      <w:r w:rsidR="0094753B">
        <w:t xml:space="preserve"> </w:t>
      </w:r>
      <w:proofErr w:type="spellStart"/>
      <w:r w:rsidR="0094753B">
        <w:t>működésének</w:t>
      </w:r>
      <w:proofErr w:type="spellEnd"/>
      <w:r w:rsidR="0094753B">
        <w:t xml:space="preserve"> </w:t>
      </w:r>
      <w:proofErr w:type="spellStart"/>
      <w:r w:rsidR="0094753B">
        <w:t>biztosítása</w:t>
      </w:r>
      <w:proofErr w:type="spellEnd"/>
      <w:r w:rsidR="0094753B">
        <w:t xml:space="preserve">, </w:t>
      </w:r>
      <w:proofErr w:type="spellStart"/>
      <w:r w:rsidR="0094753B">
        <w:t>hibakeresés</w:t>
      </w:r>
      <w:proofErr w:type="spellEnd"/>
      <w:r w:rsidR="0094753B">
        <w:t xml:space="preserve">, </w:t>
      </w:r>
      <w:proofErr w:type="spellStart"/>
      <w:r w:rsidR="0094753B">
        <w:t>technikai</w:t>
      </w:r>
      <w:proofErr w:type="spellEnd"/>
      <w:r w:rsidR="0094753B">
        <w:t xml:space="preserve"> </w:t>
      </w:r>
      <w:proofErr w:type="spellStart"/>
      <w:r w:rsidR="0094753B">
        <w:t>problémák</w:t>
      </w:r>
      <w:proofErr w:type="spellEnd"/>
      <w:r w:rsidR="0094753B">
        <w:t xml:space="preserve"> </w:t>
      </w:r>
      <w:proofErr w:type="spellStart"/>
      <w:r w:rsidR="0094753B">
        <w:t>elhárítása</w:t>
      </w:r>
      <w:proofErr w:type="spellEnd"/>
      <w:r w:rsidR="0094753B">
        <w:t xml:space="preserve">, </w:t>
      </w:r>
      <w:proofErr w:type="spellStart"/>
      <w:r w:rsidR="0094753B">
        <w:t>valamint</w:t>
      </w:r>
      <w:proofErr w:type="spellEnd"/>
      <w:r w:rsidR="0094753B">
        <w:t xml:space="preserve"> a </w:t>
      </w:r>
      <w:proofErr w:type="spellStart"/>
      <w:r w:rsidR="0094753B">
        <w:t>visszaélések</w:t>
      </w:r>
      <w:proofErr w:type="spellEnd"/>
      <w:r w:rsidR="0094753B">
        <w:t xml:space="preserve"> </w:t>
      </w:r>
      <w:proofErr w:type="spellStart"/>
      <w:r w:rsidR="0094753B">
        <w:t>megelőzése</w:t>
      </w:r>
      <w:proofErr w:type="spellEnd"/>
      <w:r w:rsidR="0094753B">
        <w:t>.</w:t>
      </w:r>
      <w:r w:rsidR="0094753B">
        <w:t xml:space="preserve"> </w:t>
      </w:r>
      <w:proofErr w:type="spellStart"/>
      <w:r w:rsidR="0094753B">
        <w:t>Jogalap</w:t>
      </w:r>
      <w:proofErr w:type="spellEnd"/>
      <w:r w:rsidR="0094753B">
        <w:t xml:space="preserve">: </w:t>
      </w:r>
      <w:proofErr w:type="spellStart"/>
      <w:r w:rsidR="0094753B">
        <w:t>az</w:t>
      </w:r>
      <w:proofErr w:type="spellEnd"/>
      <w:r w:rsidR="0094753B">
        <w:t xml:space="preserve"> </w:t>
      </w:r>
      <w:proofErr w:type="spellStart"/>
      <w:r w:rsidR="0094753B">
        <w:t>Adatkezelő</w:t>
      </w:r>
      <w:proofErr w:type="spellEnd"/>
      <w:r w:rsidR="0094753B">
        <w:t xml:space="preserve"> </w:t>
      </w:r>
      <w:proofErr w:type="spellStart"/>
      <w:r w:rsidR="0094753B">
        <w:t>jogos</w:t>
      </w:r>
      <w:proofErr w:type="spellEnd"/>
      <w:r w:rsidR="0094753B">
        <w:t xml:space="preserve"> </w:t>
      </w:r>
      <w:proofErr w:type="spellStart"/>
      <w:r w:rsidR="0094753B">
        <w:t>érdeke</w:t>
      </w:r>
      <w:proofErr w:type="spellEnd"/>
      <w:r w:rsidR="0094753B">
        <w:t xml:space="preserve"> (GDPR 6. </w:t>
      </w:r>
      <w:proofErr w:type="spellStart"/>
      <w:r w:rsidR="0094753B">
        <w:t>cikk</w:t>
      </w:r>
      <w:proofErr w:type="spellEnd"/>
      <w:r w:rsidR="0094753B">
        <w:t xml:space="preserve"> (1) </w:t>
      </w:r>
      <w:proofErr w:type="spellStart"/>
      <w:r w:rsidR="0094753B">
        <w:t>bekezdés</w:t>
      </w:r>
      <w:proofErr w:type="spellEnd"/>
      <w:r w:rsidR="0094753B">
        <w:t xml:space="preserve"> f) </w:t>
      </w:r>
      <w:proofErr w:type="spellStart"/>
      <w:r w:rsidR="0094753B">
        <w:t>pont</w:t>
      </w:r>
      <w:proofErr w:type="spellEnd"/>
      <w:r w:rsidR="0094753B">
        <w:t>).</w:t>
      </w:r>
    </w:p>
    <w:p w14:paraId="7D2576F6" w14:textId="6E76FD8F" w:rsidR="002B7275" w:rsidRDefault="0094753B" w:rsidP="0094753B">
      <w:r>
        <w:br/>
      </w:r>
      <w:proofErr w:type="spellStart"/>
      <w:r w:rsidR="00000000">
        <w:t>Analitikai</w:t>
      </w:r>
      <w:proofErr w:type="spellEnd"/>
      <w:r w:rsidR="00000000">
        <w:t xml:space="preserve"> </w:t>
      </w:r>
      <w:proofErr w:type="spellStart"/>
      <w:r w:rsidR="00000000">
        <w:t>és</w:t>
      </w:r>
      <w:proofErr w:type="spellEnd"/>
      <w:r w:rsidR="00000000">
        <w:t xml:space="preserve"> marketing </w:t>
      </w:r>
      <w:proofErr w:type="spellStart"/>
      <w:r w:rsidR="00000000">
        <w:t>sütik</w:t>
      </w:r>
      <w:proofErr w:type="spellEnd"/>
      <w:r w:rsidR="00000000">
        <w:t xml:space="preserve">: </w:t>
      </w:r>
      <w:r>
        <w:t xml:space="preserve">Google Analytics, Meta Pixel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analitikai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marketing </w:t>
      </w:r>
      <w:proofErr w:type="spellStart"/>
      <w:r>
        <w:t>célú</w:t>
      </w:r>
      <w:proofErr w:type="spellEnd"/>
      <w:r>
        <w:t xml:space="preserve"> </w:t>
      </w:r>
      <w:proofErr w:type="spellStart"/>
      <w:r>
        <w:t>sütik</w:t>
      </w:r>
      <w:proofErr w:type="spellEnd"/>
      <w:r>
        <w:t xml:space="preserve"> – </w:t>
      </w:r>
      <w:proofErr w:type="spellStart"/>
      <w:r>
        <w:t>kizárólag</w:t>
      </w:r>
      <w:proofErr w:type="spellEnd"/>
      <w:r>
        <w:t xml:space="preserve"> </w:t>
      </w:r>
      <w:proofErr w:type="spellStart"/>
      <w:r>
        <w:t>abban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esetben</w:t>
      </w:r>
      <w:proofErr w:type="spellEnd"/>
      <w:r>
        <w:t xml:space="preserve">, ha </w:t>
      </w:r>
      <w:proofErr w:type="spellStart"/>
      <w:r>
        <w:t>azokat</w:t>
      </w:r>
      <w:proofErr w:type="spellEnd"/>
      <w:r>
        <w:t xml:space="preserve"> a </w:t>
      </w:r>
      <w:proofErr w:type="spellStart"/>
      <w:r>
        <w:t>weboldal</w:t>
      </w:r>
      <w:proofErr w:type="spellEnd"/>
      <w:r>
        <w:t xml:space="preserve"> </w:t>
      </w:r>
      <w:proofErr w:type="spellStart"/>
      <w:r>
        <w:t>ténylegesen</w:t>
      </w:r>
      <w:proofErr w:type="spellEnd"/>
      <w:r>
        <w:t xml:space="preserve"> </w:t>
      </w:r>
      <w:proofErr w:type="spellStart"/>
      <w:r>
        <w:t>alkalmazza</w:t>
      </w:r>
      <w:proofErr w:type="spellEnd"/>
      <w:r>
        <w:t>.</w:t>
      </w:r>
      <w:r>
        <w:t xml:space="preserve"> </w:t>
      </w:r>
      <w:proofErr w:type="spellStart"/>
      <w:r>
        <w:t>Cél</w:t>
      </w:r>
      <w:proofErr w:type="spellEnd"/>
      <w:r>
        <w:t xml:space="preserve">: a </w:t>
      </w:r>
      <w:proofErr w:type="spellStart"/>
      <w:r>
        <w:t>weboldal</w:t>
      </w:r>
      <w:proofErr w:type="spellEnd"/>
      <w:r>
        <w:t xml:space="preserve"> </w:t>
      </w:r>
      <w:proofErr w:type="spellStart"/>
      <w:r>
        <w:t>látogatottságának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használatának</w:t>
      </w:r>
      <w:proofErr w:type="spellEnd"/>
      <w:r>
        <w:t xml:space="preserve"> </w:t>
      </w:r>
      <w:proofErr w:type="spellStart"/>
      <w:r>
        <w:t>elemzése</w:t>
      </w:r>
      <w:proofErr w:type="spellEnd"/>
      <w:r>
        <w:t xml:space="preserve">, a </w:t>
      </w:r>
      <w:proofErr w:type="spellStart"/>
      <w:r>
        <w:t>felhasználói</w:t>
      </w:r>
      <w:proofErr w:type="spellEnd"/>
      <w:r>
        <w:t xml:space="preserve"> </w:t>
      </w:r>
      <w:proofErr w:type="spellStart"/>
      <w:r>
        <w:t>élmény</w:t>
      </w:r>
      <w:proofErr w:type="spellEnd"/>
      <w:r>
        <w:t xml:space="preserve"> </w:t>
      </w:r>
      <w:proofErr w:type="spellStart"/>
      <w:r>
        <w:t>javítása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marketing-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hirdetési</w:t>
      </w:r>
      <w:proofErr w:type="spellEnd"/>
      <w:r>
        <w:t xml:space="preserve"> </w:t>
      </w:r>
      <w:proofErr w:type="spellStart"/>
      <w:r>
        <w:t>tevékenységek</w:t>
      </w:r>
      <w:proofErr w:type="spellEnd"/>
      <w:r>
        <w:t xml:space="preserve"> </w:t>
      </w:r>
      <w:proofErr w:type="spellStart"/>
      <w:r>
        <w:t>hatékonyságának</w:t>
      </w:r>
      <w:proofErr w:type="spellEnd"/>
      <w:r>
        <w:t xml:space="preserve"> </w:t>
      </w:r>
      <w:proofErr w:type="spellStart"/>
      <w:r>
        <w:t>mérése</w:t>
      </w:r>
      <w:proofErr w:type="spellEnd"/>
      <w:r>
        <w:t>.</w:t>
      </w:r>
      <w:r>
        <w:t xml:space="preserve"> </w:t>
      </w:r>
      <w:proofErr w:type="spellStart"/>
      <w:r>
        <w:t>Jogalap</w:t>
      </w:r>
      <w:proofErr w:type="spellEnd"/>
      <w:r>
        <w:t xml:space="preserve">: </w:t>
      </w:r>
      <w:proofErr w:type="spellStart"/>
      <w:r>
        <w:t>az</w:t>
      </w:r>
      <w:proofErr w:type="spellEnd"/>
      <w:r>
        <w:t xml:space="preserve"> </w:t>
      </w:r>
      <w:proofErr w:type="spellStart"/>
      <w:r>
        <w:t>érintett</w:t>
      </w:r>
      <w:proofErr w:type="spellEnd"/>
      <w:r>
        <w:t xml:space="preserve"> hozzájárulása.</w:t>
      </w:r>
      <w:r w:rsidR="00000000">
        <w:t>4. Az adatkezelés időtartama</w:t>
      </w:r>
    </w:p>
    <w:p w14:paraId="2151BFD8" w14:textId="77777777" w:rsidR="002B7275" w:rsidRDefault="00000000">
      <w:r>
        <w:t xml:space="preserve">Az </w:t>
      </w:r>
      <w:proofErr w:type="spellStart"/>
      <w:r>
        <w:t>adatokat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adott</w:t>
      </w:r>
      <w:proofErr w:type="spellEnd"/>
      <w:r>
        <w:t xml:space="preserve"> adatkezelési cél teljesüléséig, illetve a jogszabályban meghatározott megőrzési ideig kezeljük. A pontos időtartamokat az egyes adatkezelésekhez kell hozzárendelni.</w:t>
      </w:r>
    </w:p>
    <w:p w14:paraId="58397A57" w14:textId="7DC16B60" w:rsidR="002B7275" w:rsidRDefault="00000000">
      <w:proofErr w:type="spellStart"/>
      <w:r>
        <w:t>Kapcsolatfelvételi</w:t>
      </w:r>
      <w:proofErr w:type="spellEnd"/>
      <w:r>
        <w:t xml:space="preserve"> </w:t>
      </w:r>
      <w:proofErr w:type="spellStart"/>
      <w:r>
        <w:t>adatok</w:t>
      </w:r>
      <w:proofErr w:type="spellEnd"/>
      <w:r>
        <w:t xml:space="preserve">: </w:t>
      </w:r>
      <w:proofErr w:type="spellStart"/>
      <w:r w:rsidR="0094753B">
        <w:t>Együttműködés</w:t>
      </w:r>
      <w:proofErr w:type="spellEnd"/>
      <w:r w:rsidR="0094753B">
        <w:t xml:space="preserve"> </w:t>
      </w:r>
      <w:proofErr w:type="spellStart"/>
      <w:r w:rsidR="0094753B">
        <w:t>időtartama</w:t>
      </w:r>
      <w:proofErr w:type="spellEnd"/>
      <w:r w:rsidR="0094753B">
        <w:t xml:space="preserve"> </w:t>
      </w:r>
      <w:proofErr w:type="spellStart"/>
      <w:r w:rsidR="0094753B">
        <w:t>alatt</w:t>
      </w:r>
      <w:proofErr w:type="spellEnd"/>
      <w:r>
        <w:t>.</w:t>
      </w:r>
    </w:p>
    <w:p w14:paraId="30173047" w14:textId="7AD574BE" w:rsidR="002B7275" w:rsidRDefault="00000000">
      <w:proofErr w:type="spellStart"/>
      <w:r>
        <w:t>Ajánlatkérések</w:t>
      </w:r>
      <w:proofErr w:type="spellEnd"/>
      <w:r>
        <w:t xml:space="preserve">: </w:t>
      </w:r>
      <w:proofErr w:type="spellStart"/>
      <w:r w:rsidR="0094753B">
        <w:t>Együttműködés</w:t>
      </w:r>
      <w:proofErr w:type="spellEnd"/>
      <w:r w:rsidR="0094753B">
        <w:t xml:space="preserve"> </w:t>
      </w:r>
      <w:proofErr w:type="spellStart"/>
      <w:r w:rsidR="0094753B">
        <w:t>időtartama</w:t>
      </w:r>
      <w:proofErr w:type="spellEnd"/>
      <w:r w:rsidR="0094753B">
        <w:t xml:space="preserve"> </w:t>
      </w:r>
      <w:proofErr w:type="spellStart"/>
      <w:r w:rsidR="0094753B">
        <w:t>alatt</w:t>
      </w:r>
      <w:proofErr w:type="spellEnd"/>
      <w:r>
        <w:t>.</w:t>
      </w:r>
    </w:p>
    <w:p w14:paraId="04A3D103" w14:textId="77777777" w:rsidR="002B7275" w:rsidRDefault="00000000">
      <w:r>
        <w:t>Szerződéses és számlázási adatok: a vonatkozó jogszabályok szerinti időtartam.</w:t>
      </w:r>
    </w:p>
    <w:p w14:paraId="1B9622EE" w14:textId="06E8BE8E" w:rsidR="002B7275" w:rsidRDefault="00000000">
      <w:proofErr w:type="spellStart"/>
      <w:r>
        <w:t>Hírlevél-adatok</w:t>
      </w:r>
      <w:proofErr w:type="spellEnd"/>
      <w:r>
        <w:t xml:space="preserve">: a </w:t>
      </w:r>
      <w:proofErr w:type="spellStart"/>
      <w:r>
        <w:t>hozzájárulás</w:t>
      </w:r>
      <w:proofErr w:type="spellEnd"/>
      <w:r>
        <w:t xml:space="preserve"> </w:t>
      </w:r>
      <w:proofErr w:type="spellStart"/>
      <w:r>
        <w:t>visszavonásáig</w:t>
      </w:r>
      <w:proofErr w:type="spellEnd"/>
      <w:r>
        <w:t>.</w:t>
      </w:r>
    </w:p>
    <w:p w14:paraId="69C6B8D5" w14:textId="77777777" w:rsidR="002B7275" w:rsidRDefault="00000000">
      <w:pPr>
        <w:pStyle w:val="Cmsor1"/>
      </w:pPr>
      <w:r>
        <w:t>5. Adatfeldolgozók és címzettek</w:t>
      </w:r>
    </w:p>
    <w:p w14:paraId="07ADC250" w14:textId="77777777" w:rsidR="002B7275" w:rsidRDefault="00000000">
      <w:r>
        <w:t>Az Adatkezelő a szolgáltatás nyújtásához szükséges mértékben adatfeldolgozókat vehet igénybe. Ilyenek lehetnek különösen tárhelyszolgáltató, e-mail-szolgáltató, könyvelő, számlázási szolgáltató, informatikai szolgáltató, futárszolgálat és online fizetési szolgáltató.</w:t>
      </w:r>
    </w:p>
    <w:p w14:paraId="30041F00" w14:textId="110266EC" w:rsidR="002B7275" w:rsidRDefault="00000000">
      <w:proofErr w:type="spellStart"/>
      <w:r>
        <w:t>Konkrét</w:t>
      </w:r>
      <w:proofErr w:type="spellEnd"/>
      <w:r>
        <w:t xml:space="preserve"> </w:t>
      </w:r>
      <w:proofErr w:type="spellStart"/>
      <w:r>
        <w:t>szolgáltatók</w:t>
      </w:r>
      <w:proofErr w:type="spellEnd"/>
      <w:r>
        <w:t>: [</w:t>
      </w:r>
      <w:proofErr w:type="spellStart"/>
      <w:r w:rsidR="00843406">
        <w:t>Rackhost</w:t>
      </w:r>
      <w:proofErr w:type="spellEnd"/>
      <w:r>
        <w:t>].</w:t>
      </w:r>
    </w:p>
    <w:p w14:paraId="292615B9" w14:textId="77777777" w:rsidR="002B7275" w:rsidRDefault="00000000">
      <w:r>
        <w:t>Amennyiben személyes adatok az Európai Gazdasági Térségen kívülre kerülnek, az Adatkezelő a GDPR V. fejezetében meghatározott feltételek szerint biztosítja a megfelelő garanciákat.</w:t>
      </w:r>
    </w:p>
    <w:p w14:paraId="351C2210" w14:textId="77777777" w:rsidR="002B7275" w:rsidRDefault="00000000">
      <w:pPr>
        <w:pStyle w:val="Cmsor1"/>
      </w:pPr>
      <w:r>
        <w:t>6. Sütik (cookie-k)</w:t>
      </w:r>
    </w:p>
    <w:p w14:paraId="1353A113" w14:textId="08D47B95" w:rsidR="002B7275" w:rsidRDefault="00000000">
      <w:r>
        <w:t xml:space="preserve">A weboldal működéséhez </w:t>
      </w:r>
      <w:proofErr w:type="spellStart"/>
      <w:r>
        <w:t>szükséges</w:t>
      </w:r>
      <w:proofErr w:type="spellEnd"/>
      <w:r>
        <w:t xml:space="preserve"> </w:t>
      </w:r>
      <w:proofErr w:type="spellStart"/>
      <w:r>
        <w:t>sütik</w:t>
      </w:r>
      <w:proofErr w:type="spellEnd"/>
      <w:r>
        <w:t xml:space="preserve"> </w:t>
      </w:r>
      <w:proofErr w:type="spellStart"/>
      <w:r>
        <w:t>mellett</w:t>
      </w:r>
      <w:proofErr w:type="spellEnd"/>
      <w:r>
        <w:t xml:space="preserve"> </w:t>
      </w:r>
      <w:proofErr w:type="spellStart"/>
      <w:r w:rsidR="00843406">
        <w:t>analitikai</w:t>
      </w:r>
      <w:proofErr w:type="spellEnd"/>
      <w:r w:rsidR="00843406">
        <w:t xml:space="preserve">/marketing </w:t>
      </w:r>
      <w:proofErr w:type="spellStart"/>
      <w:r w:rsidR="00843406">
        <w:t>sütiket</w:t>
      </w:r>
      <w:proofErr w:type="spellEnd"/>
      <w:r w:rsidR="00843406">
        <w:t xml:space="preserve"> </w:t>
      </w:r>
      <w:proofErr w:type="spellStart"/>
      <w:r w:rsidR="00843406">
        <w:t>alkalmaz</w:t>
      </w:r>
      <w:proofErr w:type="spellEnd"/>
    </w:p>
    <w:p w14:paraId="0A57008A" w14:textId="28397D17" w:rsidR="002B7275" w:rsidRDefault="00000000">
      <w:r>
        <w:t xml:space="preserve">A nem feltétlenül szükséges sütik alkalmazásához a </w:t>
      </w:r>
      <w:proofErr w:type="spellStart"/>
      <w:r>
        <w:t>weboldal</w:t>
      </w:r>
      <w:proofErr w:type="spellEnd"/>
      <w:r>
        <w:t xml:space="preserve"> </w:t>
      </w:r>
      <w:r w:rsidR="00843406">
        <w:t xml:space="preserve">cookie </w:t>
      </w:r>
      <w:proofErr w:type="spellStart"/>
      <w:r w:rsidR="00843406">
        <w:t>hozzájárulás</w:t>
      </w:r>
      <w:proofErr w:type="spellEnd"/>
      <w:r w:rsidR="00843406">
        <w:t xml:space="preserve"> </w:t>
      </w:r>
      <w:proofErr w:type="spellStart"/>
      <w:r w:rsidR="00843406">
        <w:t>rendszere</w:t>
      </w:r>
      <w:proofErr w:type="spellEnd"/>
      <w:r>
        <w:t xml:space="preserve"> </w:t>
      </w:r>
      <w:proofErr w:type="spellStart"/>
      <w:r>
        <w:t>útján</w:t>
      </w:r>
      <w:proofErr w:type="spellEnd"/>
      <w:r>
        <w:t xml:space="preserve"> </w:t>
      </w:r>
      <w:proofErr w:type="spellStart"/>
      <w:r>
        <w:t>kérhet</w:t>
      </w:r>
      <w:proofErr w:type="spellEnd"/>
      <w:r>
        <w:t xml:space="preserve"> </w:t>
      </w:r>
      <w:proofErr w:type="spellStart"/>
      <w:r>
        <w:t>hozzájárulást</w:t>
      </w:r>
      <w:proofErr w:type="spellEnd"/>
      <w:r>
        <w:t>.</w:t>
      </w:r>
    </w:p>
    <w:p w14:paraId="4601B7F0" w14:textId="77777777" w:rsidR="002B7275" w:rsidRDefault="00000000">
      <w:pPr>
        <w:pStyle w:val="Cmsor1"/>
      </w:pPr>
      <w:r>
        <w:t>7. Az érintettek jogai</w:t>
      </w:r>
    </w:p>
    <w:p w14:paraId="4AFA3A91" w14:textId="77777777" w:rsidR="002B7275" w:rsidRDefault="00000000">
      <w:r>
        <w:t>Az érintett jogosult tájékoztatást és hozzáférést kérni a rá vonatkozó személyes adatokhoz, kérheti azok helyesbítését, törlését, az adatkezelés korlátozását, valamint az alkalmazandó feltételek mellett élhet adathordozhatósági jogával és tiltakozhat az adatkezelés ellen.</w:t>
      </w:r>
    </w:p>
    <w:p w14:paraId="7CA5B858" w14:textId="77777777" w:rsidR="002B7275" w:rsidRDefault="00000000">
      <w:r>
        <w:t>Amennyiben az adatkezelés hozzájáruláson alapul, a hozzájárulás bármikor visszavonható; a visszavonás nem érinti a korábbi adatkezelés jogszerűségét.</w:t>
      </w:r>
    </w:p>
    <w:p w14:paraId="7C9E08D8" w14:textId="0A687FC6" w:rsidR="002B7275" w:rsidRDefault="00000000">
      <w:r>
        <w:lastRenderedPageBreak/>
        <w:t xml:space="preserve">Az </w:t>
      </w:r>
      <w:proofErr w:type="spellStart"/>
      <w:r>
        <w:t>érintetti</w:t>
      </w:r>
      <w:proofErr w:type="spellEnd"/>
      <w:r>
        <w:t xml:space="preserve"> </w:t>
      </w:r>
      <w:proofErr w:type="spellStart"/>
      <w:r>
        <w:t>kérelmeket</w:t>
      </w:r>
      <w:proofErr w:type="spellEnd"/>
      <w:r>
        <w:t xml:space="preserve"> a </w:t>
      </w:r>
      <w:hyperlink r:id="rId6" w:history="1">
        <w:r w:rsidR="00843406" w:rsidRPr="00D15917">
          <w:rPr>
            <w:rStyle w:val="Hiperhivatkozs"/>
          </w:rPr>
          <w:t>info@dashysgrid.hu</w:t>
        </w:r>
      </w:hyperlink>
      <w:r w:rsidR="00843406">
        <w:t xml:space="preserve"> </w:t>
      </w:r>
      <w:proofErr w:type="spellStart"/>
      <w:r>
        <w:t>címen</w:t>
      </w:r>
      <w:proofErr w:type="spellEnd"/>
      <w:r>
        <w:t xml:space="preserve"> </w:t>
      </w:r>
      <w:proofErr w:type="spellStart"/>
      <w:r>
        <w:t>lehet</w:t>
      </w:r>
      <w:proofErr w:type="spellEnd"/>
      <w:r>
        <w:t xml:space="preserve"> </w:t>
      </w:r>
      <w:proofErr w:type="spellStart"/>
      <w:r>
        <w:t>benyújtani</w:t>
      </w:r>
      <w:proofErr w:type="spellEnd"/>
      <w:r>
        <w:t>. Az Adatkezelő a kérelmeket a GDPR szerinti határidőben kezeli.</w:t>
      </w:r>
    </w:p>
    <w:p w14:paraId="55C6307E" w14:textId="77777777" w:rsidR="002B7275" w:rsidRDefault="00000000">
      <w:pPr>
        <w:pStyle w:val="Cmsor1"/>
      </w:pPr>
      <w:r>
        <w:t>8. Jogorvoslat</w:t>
      </w:r>
    </w:p>
    <w:p w14:paraId="2F3F2C83" w14:textId="77777777" w:rsidR="002B7275" w:rsidRDefault="00000000">
      <w:r>
        <w:t>Az érintett panasszal fordulhat a Nemzeti Adatvédelmi és Információszabadság Hatósághoz (NAIH), illetve jogszabályban meghatározott esetben bírósághoz fordulhat.</w:t>
      </w:r>
    </w:p>
    <w:p w14:paraId="259B7628" w14:textId="77777777" w:rsidR="002B7275" w:rsidRDefault="00000000">
      <w:r>
        <w:t>NAIH: 1055 Budapest, Falk Miksa utca 9-11.; postacím: 1363 Budapest, Pf. 9.; e-mail: ugyfelszolgalat@naih.hu.</w:t>
      </w:r>
    </w:p>
    <w:p w14:paraId="5810AAD5" w14:textId="77777777" w:rsidR="002B7275" w:rsidRDefault="00000000">
      <w:pPr>
        <w:pStyle w:val="Cmsor1"/>
      </w:pPr>
      <w:r>
        <w:t>9. Adatbiztonság</w:t>
      </w:r>
    </w:p>
    <w:p w14:paraId="1276801A" w14:textId="77777777" w:rsidR="002B7275" w:rsidRDefault="00000000">
      <w:r>
        <w:t>Az Adatkezelő megfelelő technikai és szervezési intézkedésekkel védi a személyes adatokat a jogosulatlan hozzáféréstől, megváltoztatástól, elvesztéstől, megsemmisüléstől és egyéb jogellenes adatkezeléstől.</w:t>
      </w:r>
    </w:p>
    <w:p w14:paraId="671D2D4D" w14:textId="77777777" w:rsidR="002B7275" w:rsidRDefault="00000000">
      <w:pPr>
        <w:pStyle w:val="Cmsor1"/>
      </w:pPr>
      <w:r>
        <w:t>10. A tájékoztató módosítása</w:t>
      </w:r>
    </w:p>
    <w:p w14:paraId="655FC43A" w14:textId="77777777" w:rsidR="002B7275" w:rsidRDefault="00000000">
      <w:r>
        <w:t>Az Adatkezelő fenntartja a jogot a jelen tájékoztató módosítására, különösen jogszabályváltozás, új adatkezelési cél vagy technológiai változás esetén. A mindenkor hatályos változat a weboldalon érhető el.</w:t>
      </w:r>
    </w:p>
    <w:p w14:paraId="25F7DC6F" w14:textId="79E6D1EC" w:rsidR="002B7275" w:rsidRDefault="00000000">
      <w:proofErr w:type="spellStart"/>
      <w:r>
        <w:t>Hatálybalépés</w:t>
      </w:r>
      <w:proofErr w:type="spellEnd"/>
      <w:r>
        <w:t xml:space="preserve">: </w:t>
      </w:r>
      <w:r w:rsidR="00843406">
        <w:t xml:space="preserve">2026.09.01 </w:t>
      </w:r>
      <w:proofErr w:type="spellStart"/>
      <w:r>
        <w:t>Utolsó</w:t>
      </w:r>
      <w:proofErr w:type="spellEnd"/>
      <w:r>
        <w:t xml:space="preserve"> m</w:t>
      </w:r>
      <w:proofErr w:type="spellStart"/>
      <w:r>
        <w:t>ódosítás</w:t>
      </w:r>
      <w:proofErr w:type="spellEnd"/>
      <w:r>
        <w:t>: [</w:t>
      </w:r>
      <w:r w:rsidR="00843406">
        <w:t>2026.09.01</w:t>
      </w:r>
      <w:r>
        <w:t>].</w:t>
      </w:r>
    </w:p>
    <w:sectPr w:rsidR="002B7275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1895701">
    <w:abstractNumId w:val="8"/>
  </w:num>
  <w:num w:numId="2" w16cid:durableId="389772134">
    <w:abstractNumId w:val="6"/>
  </w:num>
  <w:num w:numId="3" w16cid:durableId="1897472017">
    <w:abstractNumId w:val="5"/>
  </w:num>
  <w:num w:numId="4" w16cid:durableId="490801992">
    <w:abstractNumId w:val="4"/>
  </w:num>
  <w:num w:numId="5" w16cid:durableId="990866703">
    <w:abstractNumId w:val="7"/>
  </w:num>
  <w:num w:numId="6" w16cid:durableId="834607722">
    <w:abstractNumId w:val="3"/>
  </w:num>
  <w:num w:numId="7" w16cid:durableId="913129422">
    <w:abstractNumId w:val="2"/>
  </w:num>
  <w:num w:numId="8" w16cid:durableId="1345009719">
    <w:abstractNumId w:val="1"/>
  </w:num>
  <w:num w:numId="9" w16cid:durableId="45471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CC9"/>
    <w:rsid w:val="0015074B"/>
    <w:rsid w:val="0029639D"/>
    <w:rsid w:val="002B7275"/>
    <w:rsid w:val="00326F90"/>
    <w:rsid w:val="004C671C"/>
    <w:rsid w:val="00716F5A"/>
    <w:rsid w:val="00843406"/>
    <w:rsid w:val="009475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2614E"/>
  <w14:defaultImageDpi w14:val="300"/>
  <w15:docId w15:val="{3BC949D3-156B-494C-9B02-48BBCB0B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4C671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C6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dashysgrid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4471</Characters>
  <Application>Microsoft Office Word</Application>
  <DocSecurity>0</DocSecurity>
  <Lines>37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Ulbrecht Evelin</cp:lastModifiedBy>
  <cp:revision>2</cp:revision>
  <dcterms:created xsi:type="dcterms:W3CDTF">2026-09-01T19:43:00Z</dcterms:created>
  <dcterms:modified xsi:type="dcterms:W3CDTF">2026-09-01T19:43:00Z</dcterms:modified>
  <cp:category/>
</cp:coreProperties>
</file>